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3C772" w14:textId="77777777" w:rsidR="003214CB" w:rsidRPr="001137CC" w:rsidRDefault="00000000" w:rsidP="001137CC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137CC">
        <w:rPr>
          <w:rFonts w:ascii="Times New Roman" w:hAnsi="Times New Roman" w:cs="Times New Roman"/>
          <w:color w:val="auto"/>
          <w:sz w:val="24"/>
          <w:szCs w:val="24"/>
        </w:rPr>
        <w:t>Tabel Triangulasi Data Wawancara</w:t>
      </w:r>
      <w:r w:rsidRPr="001137CC">
        <w:rPr>
          <w:rFonts w:ascii="Times New Roman" w:hAnsi="Times New Roman" w:cs="Times New Roman"/>
          <w:color w:val="auto"/>
          <w:sz w:val="24"/>
          <w:szCs w:val="24"/>
        </w:rPr>
        <w:br/>
        <w:t>Desain Ruang Kelas dalam Pelaksanaan Deep Learning di SDN 16 Banda Aceh</w:t>
      </w:r>
    </w:p>
    <w:p w14:paraId="79B72CD6" w14:textId="5DEEBE1C" w:rsidR="003214CB" w:rsidRDefault="00000000">
      <w:pPr>
        <w:pStyle w:val="Heading2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proofErr w:type="spellStart"/>
      <w:r w:rsidRPr="001137C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Rumusan</w:t>
      </w:r>
      <w:proofErr w:type="spellEnd"/>
      <w:r w:rsidRPr="001137C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1137C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Masalah</w:t>
      </w:r>
      <w:proofErr w:type="spellEnd"/>
      <w:r w:rsidRPr="001137C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1: </w:t>
      </w:r>
      <w:proofErr w:type="spellStart"/>
      <w:r w:rsidR="001137C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Bagaimana</w:t>
      </w:r>
      <w:proofErr w:type="spellEnd"/>
      <w:r w:rsidR="001137C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1137C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Model Desain Ruang </w:t>
      </w:r>
      <w:proofErr w:type="spellStart"/>
      <w:r w:rsidRPr="001137C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Kelas</w:t>
      </w:r>
      <w:proofErr w:type="spellEnd"/>
      <w:r w:rsidR="001137C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di SD Negeri 16 Banda Aceh</w:t>
      </w:r>
    </w:p>
    <w:p w14:paraId="3C38B4D7" w14:textId="77777777" w:rsidR="001137CC" w:rsidRPr="001137CC" w:rsidRDefault="001137CC" w:rsidP="001137C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"/>
        <w:gridCol w:w="1380"/>
        <w:gridCol w:w="1576"/>
        <w:gridCol w:w="1616"/>
        <w:gridCol w:w="1643"/>
        <w:gridCol w:w="1590"/>
      </w:tblGrid>
      <w:tr w:rsidR="003214CB" w:rsidRPr="001137CC" w14:paraId="2B668BA9" w14:textId="77777777" w:rsidTr="001137CC">
        <w:tc>
          <w:tcPr>
            <w:tcW w:w="1440" w:type="dxa"/>
          </w:tcPr>
          <w:p w14:paraId="03401870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440" w:type="dxa"/>
          </w:tcPr>
          <w:p w14:paraId="4CF63C8E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Pertanyaan Wawancara</w:t>
            </w:r>
          </w:p>
        </w:tc>
        <w:tc>
          <w:tcPr>
            <w:tcW w:w="1440" w:type="dxa"/>
          </w:tcPr>
          <w:p w14:paraId="1D7DF273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Wali Kelas 1A</w:t>
            </w:r>
          </w:p>
        </w:tc>
        <w:tc>
          <w:tcPr>
            <w:tcW w:w="1440" w:type="dxa"/>
          </w:tcPr>
          <w:p w14:paraId="03CAEE9D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Wali Kelas 6B</w:t>
            </w:r>
          </w:p>
        </w:tc>
        <w:tc>
          <w:tcPr>
            <w:tcW w:w="1440" w:type="dxa"/>
          </w:tcPr>
          <w:p w14:paraId="1B309F6E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Kepala Sekolah</w:t>
            </w:r>
          </w:p>
        </w:tc>
        <w:tc>
          <w:tcPr>
            <w:tcW w:w="1440" w:type="dxa"/>
          </w:tcPr>
          <w:p w14:paraId="336100C0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Wakil Kepala Sekolah</w:t>
            </w:r>
          </w:p>
        </w:tc>
      </w:tr>
      <w:tr w:rsidR="003214CB" w:rsidRPr="001137CC" w14:paraId="10D13053" w14:textId="77777777" w:rsidTr="001137CC">
        <w:tc>
          <w:tcPr>
            <w:tcW w:w="1440" w:type="dxa"/>
          </w:tcPr>
          <w:p w14:paraId="180897EE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1CB94E85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Apakah kursi dan meja di kelas disusun berderet lurus ke belakang?</w:t>
            </w:r>
          </w:p>
        </w:tc>
        <w:tc>
          <w:tcPr>
            <w:tcW w:w="1440" w:type="dxa"/>
          </w:tcPr>
          <w:p w14:paraId="0C05FB9E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Digunakan pada kondisi tertentu dan sering diubah sesuai materi.</w:t>
            </w:r>
          </w:p>
        </w:tc>
        <w:tc>
          <w:tcPr>
            <w:tcW w:w="1440" w:type="dxa"/>
          </w:tcPr>
          <w:p w14:paraId="5C9291D2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Digunakan terutama saat ulangan atau evaluasi.</w:t>
            </w:r>
          </w:p>
        </w:tc>
        <w:tc>
          <w:tcPr>
            <w:tcW w:w="1440" w:type="dxa"/>
          </w:tcPr>
          <w:p w14:paraId="7DF112AE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Tidak ada model baku, disesuaikan kebutuhan.</w:t>
            </w:r>
          </w:p>
        </w:tc>
        <w:tc>
          <w:tcPr>
            <w:tcW w:w="1440" w:type="dxa"/>
          </w:tcPr>
          <w:p w14:paraId="2466A4E8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Digunakan pada kegiatan yang membutuhkan fokus individual.</w:t>
            </w:r>
          </w:p>
        </w:tc>
      </w:tr>
      <w:tr w:rsidR="003214CB" w:rsidRPr="001137CC" w14:paraId="4698A4CB" w14:textId="77777777" w:rsidTr="001137CC">
        <w:tc>
          <w:tcPr>
            <w:tcW w:w="1440" w:type="dxa"/>
          </w:tcPr>
          <w:p w14:paraId="4437A40A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259CDCD7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Mengapa penataan tempat duduk tersebut dipilih?</w:t>
            </w:r>
          </w:p>
        </w:tc>
        <w:tc>
          <w:tcPr>
            <w:tcW w:w="1440" w:type="dxa"/>
          </w:tcPr>
          <w:p w14:paraId="0DD0E958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Agar siswa tidak bosan dan fokus.</w:t>
            </w:r>
          </w:p>
        </w:tc>
        <w:tc>
          <w:tcPr>
            <w:tcW w:w="1440" w:type="dxa"/>
          </w:tcPr>
          <w:p w14:paraId="22948227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Menyesuaikan jumlah dan kondisi siswa.</w:t>
            </w:r>
          </w:p>
        </w:tc>
        <w:tc>
          <w:tcPr>
            <w:tcW w:w="1440" w:type="dxa"/>
          </w:tcPr>
          <w:p w14:paraId="3651D9F3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Menjaga efektivitas pembelajaran.</w:t>
            </w:r>
          </w:p>
        </w:tc>
        <w:tc>
          <w:tcPr>
            <w:tcW w:w="1440" w:type="dxa"/>
          </w:tcPr>
          <w:p w14:paraId="7D231990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Menciptakan suasana belajar kondusif.</w:t>
            </w:r>
          </w:p>
        </w:tc>
      </w:tr>
      <w:tr w:rsidR="003214CB" w:rsidRPr="001137CC" w14:paraId="2DEA4314" w14:textId="77777777" w:rsidTr="001137CC">
        <w:tc>
          <w:tcPr>
            <w:tcW w:w="1440" w:type="dxa"/>
          </w:tcPr>
          <w:p w14:paraId="68F6E6C5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63000A67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Apakah kursi dan meja pernah ditata membentuk huruf U (U-Shape)?</w:t>
            </w:r>
          </w:p>
        </w:tc>
        <w:tc>
          <w:tcPr>
            <w:tcW w:w="1440" w:type="dxa"/>
          </w:tcPr>
          <w:p w14:paraId="139BEE68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Sering digunakan dengan variasi desain.</w:t>
            </w:r>
          </w:p>
        </w:tc>
        <w:tc>
          <w:tcPr>
            <w:tcW w:w="1440" w:type="dxa"/>
          </w:tcPr>
          <w:p w14:paraId="6015CF37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Sering digunakan untuk diskusi.</w:t>
            </w:r>
          </w:p>
        </w:tc>
        <w:tc>
          <w:tcPr>
            <w:tcW w:w="1440" w:type="dxa"/>
          </w:tcPr>
          <w:p w14:paraId="3FBB5D1A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Diperbolehkan sesuai kebutuhan.</w:t>
            </w:r>
          </w:p>
        </w:tc>
        <w:tc>
          <w:tcPr>
            <w:tcW w:w="1440" w:type="dxa"/>
          </w:tcPr>
          <w:p w14:paraId="11EF8C69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Menjadi alternatif yang sering digunakan.</w:t>
            </w:r>
          </w:p>
        </w:tc>
      </w:tr>
      <w:tr w:rsidR="003214CB" w:rsidRPr="001137CC" w14:paraId="4503714A" w14:textId="77777777" w:rsidTr="001137CC">
        <w:tc>
          <w:tcPr>
            <w:tcW w:w="1440" w:type="dxa"/>
          </w:tcPr>
          <w:p w14:paraId="0F1C332E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14:paraId="47E4282E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Dalam kondisi apa penataan U-Shape digunakan?</w:t>
            </w:r>
          </w:p>
        </w:tc>
        <w:tc>
          <w:tcPr>
            <w:tcW w:w="1440" w:type="dxa"/>
          </w:tcPr>
          <w:p w14:paraId="16E63698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Saat ingin meningkatkan interaksi siswa.</w:t>
            </w:r>
          </w:p>
        </w:tc>
        <w:tc>
          <w:tcPr>
            <w:tcW w:w="1440" w:type="dxa"/>
          </w:tcPr>
          <w:p w14:paraId="18C91C72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Saat diskusi dan eksperimen.</w:t>
            </w:r>
          </w:p>
        </w:tc>
        <w:tc>
          <w:tcPr>
            <w:tcW w:w="1440" w:type="dxa"/>
          </w:tcPr>
          <w:p w14:paraId="7654EFDE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Saat pembelajaran aktif.</w:t>
            </w:r>
          </w:p>
        </w:tc>
        <w:tc>
          <w:tcPr>
            <w:tcW w:w="1440" w:type="dxa"/>
          </w:tcPr>
          <w:p w14:paraId="3383092A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Saat diperlukan komunikasi dua arah.</w:t>
            </w:r>
          </w:p>
        </w:tc>
      </w:tr>
      <w:tr w:rsidR="003214CB" w:rsidRPr="001137CC" w14:paraId="445C30D1" w14:textId="77777777" w:rsidTr="001137CC">
        <w:tc>
          <w:tcPr>
            <w:tcW w:w="1440" w:type="dxa"/>
          </w:tcPr>
          <w:p w14:paraId="301E0657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14:paraId="0AE60503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 xml:space="preserve">Apakah </w:t>
            </w:r>
            <w:r w:rsidRPr="001137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kursi dan meja disusun dalam kelompok kecil (cluster)?</w:t>
            </w:r>
          </w:p>
        </w:tc>
        <w:tc>
          <w:tcPr>
            <w:tcW w:w="1440" w:type="dxa"/>
          </w:tcPr>
          <w:p w14:paraId="355AE98E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Digunakan </w:t>
            </w:r>
            <w:r w:rsidRPr="001137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sesuai materi.</w:t>
            </w:r>
          </w:p>
        </w:tc>
        <w:tc>
          <w:tcPr>
            <w:tcW w:w="1440" w:type="dxa"/>
          </w:tcPr>
          <w:p w14:paraId="7BBEBF87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Digunakan </w:t>
            </w:r>
            <w:r w:rsidRPr="001137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untuk kolaborasi.</w:t>
            </w:r>
          </w:p>
        </w:tc>
        <w:tc>
          <w:tcPr>
            <w:tcW w:w="1440" w:type="dxa"/>
          </w:tcPr>
          <w:p w14:paraId="5FC6A12A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Disesuaikan </w:t>
            </w:r>
            <w:r w:rsidRPr="001137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aktivitas.</w:t>
            </w:r>
          </w:p>
        </w:tc>
        <w:tc>
          <w:tcPr>
            <w:tcW w:w="1440" w:type="dxa"/>
          </w:tcPr>
          <w:p w14:paraId="6221C3AA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Untuk </w:t>
            </w:r>
            <w:r w:rsidRPr="001137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mendorong kerja sama.</w:t>
            </w:r>
          </w:p>
        </w:tc>
      </w:tr>
      <w:tr w:rsidR="003214CB" w:rsidRPr="001137CC" w14:paraId="0A39F394" w14:textId="77777777" w:rsidTr="001137CC">
        <w:tc>
          <w:tcPr>
            <w:tcW w:w="1440" w:type="dxa"/>
          </w:tcPr>
          <w:p w14:paraId="1FC99686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440" w:type="dxa"/>
          </w:tcPr>
          <w:p w14:paraId="13A048EE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Apakah kursi pernah disusun membentuk lingkaran (circle seating)?</w:t>
            </w:r>
          </w:p>
        </w:tc>
        <w:tc>
          <w:tcPr>
            <w:tcW w:w="1440" w:type="dxa"/>
          </w:tcPr>
          <w:p w14:paraId="071A996C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Jarang digunakan.</w:t>
            </w:r>
          </w:p>
        </w:tc>
        <w:tc>
          <w:tcPr>
            <w:tcW w:w="1440" w:type="dxa"/>
          </w:tcPr>
          <w:p w14:paraId="227C783D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Tidak sering digunakan.</w:t>
            </w:r>
          </w:p>
        </w:tc>
        <w:tc>
          <w:tcPr>
            <w:tcW w:w="1440" w:type="dxa"/>
          </w:tcPr>
          <w:p w14:paraId="1C1D71E3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Tergantung kebutuhan.</w:t>
            </w:r>
          </w:p>
        </w:tc>
        <w:tc>
          <w:tcPr>
            <w:tcW w:w="1440" w:type="dxa"/>
          </w:tcPr>
          <w:p w14:paraId="30A6CE02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Disesuaikan metode pembelajaran.</w:t>
            </w:r>
          </w:p>
        </w:tc>
      </w:tr>
    </w:tbl>
    <w:p w14:paraId="6C4227DD" w14:textId="77777777" w:rsidR="003214CB" w:rsidRDefault="00000000">
      <w:pPr>
        <w:pStyle w:val="Heading2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1137C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Rumusan Masalah 2: Tantangan dan Peluang Penyiapan Ruang Kelas </w:t>
      </w:r>
      <w:proofErr w:type="spellStart"/>
      <w:r w:rsidRPr="001137C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sesuai</w:t>
      </w:r>
      <w:proofErr w:type="spellEnd"/>
      <w:r w:rsidRPr="001137C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1137C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Prinsip</w:t>
      </w:r>
      <w:proofErr w:type="spellEnd"/>
      <w:r w:rsidRPr="001137CC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Deep Learning</w:t>
      </w:r>
    </w:p>
    <w:p w14:paraId="1D0B57C9" w14:textId="77777777" w:rsidR="001137CC" w:rsidRPr="001137CC" w:rsidRDefault="001137CC" w:rsidP="001137C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1772"/>
        <w:gridCol w:w="1559"/>
        <w:gridCol w:w="1565"/>
        <w:gridCol w:w="1565"/>
        <w:gridCol w:w="1659"/>
      </w:tblGrid>
      <w:tr w:rsidR="003214CB" w:rsidRPr="001137CC" w14:paraId="03E07EC9" w14:textId="77777777" w:rsidTr="001137CC">
        <w:tc>
          <w:tcPr>
            <w:tcW w:w="1440" w:type="dxa"/>
          </w:tcPr>
          <w:p w14:paraId="410044D8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440" w:type="dxa"/>
          </w:tcPr>
          <w:p w14:paraId="425DDA2D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Pertanyaan Wawancara</w:t>
            </w:r>
          </w:p>
        </w:tc>
        <w:tc>
          <w:tcPr>
            <w:tcW w:w="1440" w:type="dxa"/>
          </w:tcPr>
          <w:p w14:paraId="2587C3AB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Wali Kelas 1A</w:t>
            </w:r>
          </w:p>
        </w:tc>
        <w:tc>
          <w:tcPr>
            <w:tcW w:w="1440" w:type="dxa"/>
          </w:tcPr>
          <w:p w14:paraId="646A505C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Wali Kelas 6B</w:t>
            </w:r>
          </w:p>
        </w:tc>
        <w:tc>
          <w:tcPr>
            <w:tcW w:w="1440" w:type="dxa"/>
          </w:tcPr>
          <w:p w14:paraId="5D99C012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Kepala Sekolah</w:t>
            </w:r>
          </w:p>
        </w:tc>
        <w:tc>
          <w:tcPr>
            <w:tcW w:w="1440" w:type="dxa"/>
          </w:tcPr>
          <w:p w14:paraId="6E6A6CE5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Wakil Kepala Sekolah</w:t>
            </w:r>
          </w:p>
        </w:tc>
      </w:tr>
      <w:tr w:rsidR="003214CB" w:rsidRPr="001137CC" w14:paraId="299019A2" w14:textId="77777777" w:rsidTr="001137CC">
        <w:tc>
          <w:tcPr>
            <w:tcW w:w="1440" w:type="dxa"/>
          </w:tcPr>
          <w:p w14:paraId="566CA695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213F797F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Apakah ruang kelas memudahkan siswa mengaitkan pembelajaran dengan kehidupan sehari-hari (Meaningful)?</w:t>
            </w:r>
          </w:p>
        </w:tc>
        <w:tc>
          <w:tcPr>
            <w:tcW w:w="1440" w:type="dxa"/>
          </w:tcPr>
          <w:p w14:paraId="1B24CF09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Didukung media visual, video, dan permainan interaktif.</w:t>
            </w:r>
          </w:p>
        </w:tc>
        <w:tc>
          <w:tcPr>
            <w:tcW w:w="1440" w:type="dxa"/>
          </w:tcPr>
          <w:p w14:paraId="6E275433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Diskusi dan eksperimen membantu pemahaman kontekstual.</w:t>
            </w:r>
          </w:p>
        </w:tc>
        <w:tc>
          <w:tcPr>
            <w:tcW w:w="1440" w:type="dxa"/>
          </w:tcPr>
          <w:p w14:paraId="75D610C0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Guru diarahkan menyusun modul ajar berbasis deep learning.</w:t>
            </w:r>
          </w:p>
        </w:tc>
        <w:tc>
          <w:tcPr>
            <w:tcW w:w="1440" w:type="dxa"/>
          </w:tcPr>
          <w:p w14:paraId="304D8911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Pembelajaran diarahkan agar relevan dengan pengalaman siswa.</w:t>
            </w:r>
          </w:p>
        </w:tc>
      </w:tr>
      <w:tr w:rsidR="003214CB" w:rsidRPr="001137CC" w14:paraId="4E1BA477" w14:textId="77777777" w:rsidTr="001137CC">
        <w:tc>
          <w:tcPr>
            <w:tcW w:w="1440" w:type="dxa"/>
          </w:tcPr>
          <w:p w14:paraId="18342822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23F45062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Apakah tersedia media atau alat bantu pembelajaran? (Meaningful)</w:t>
            </w:r>
          </w:p>
        </w:tc>
        <w:tc>
          <w:tcPr>
            <w:tcW w:w="1440" w:type="dxa"/>
          </w:tcPr>
          <w:p w14:paraId="6EBC83A2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Tersedia infokus dan IFP meski digunakan bergantian.</w:t>
            </w:r>
          </w:p>
        </w:tc>
        <w:tc>
          <w:tcPr>
            <w:tcW w:w="1440" w:type="dxa"/>
          </w:tcPr>
          <w:p w14:paraId="5112DB5B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Tersedia infokus, PID/IFP, dan laboratorium komputer.</w:t>
            </w:r>
          </w:p>
        </w:tc>
        <w:tc>
          <w:tcPr>
            <w:tcW w:w="1440" w:type="dxa"/>
          </w:tcPr>
          <w:p w14:paraId="5B76157D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Sekolah memfasilitasi media pembelajaran.</w:t>
            </w:r>
          </w:p>
        </w:tc>
        <w:tc>
          <w:tcPr>
            <w:tcW w:w="1440" w:type="dxa"/>
          </w:tcPr>
          <w:p w14:paraId="5C2337AC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Media pembelajaran dapat dimanfaatkan sesuai kebutuhan.</w:t>
            </w:r>
          </w:p>
        </w:tc>
      </w:tr>
      <w:tr w:rsidR="003214CB" w:rsidRPr="001137CC" w14:paraId="011AF0D6" w14:textId="77777777" w:rsidTr="001137CC">
        <w:tc>
          <w:tcPr>
            <w:tcW w:w="1440" w:type="dxa"/>
          </w:tcPr>
          <w:p w14:paraId="1581410D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40" w:type="dxa"/>
          </w:tcPr>
          <w:p w14:paraId="1AA93EB5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Apakah ada hal di kelas yang menghambat konsentrasi siswa? (Mindful)</w:t>
            </w:r>
          </w:p>
        </w:tc>
        <w:tc>
          <w:tcPr>
            <w:tcW w:w="1440" w:type="dxa"/>
          </w:tcPr>
          <w:p w14:paraId="69D754F5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Perbedaan kemampuan siswa menyebabkan sebagian mudah bosan.</w:t>
            </w:r>
          </w:p>
        </w:tc>
        <w:tc>
          <w:tcPr>
            <w:tcW w:w="1440" w:type="dxa"/>
          </w:tcPr>
          <w:p w14:paraId="04E3257B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Kendala waktu dan kesiapan pembelajaran.</w:t>
            </w:r>
          </w:p>
        </w:tc>
        <w:tc>
          <w:tcPr>
            <w:tcW w:w="1440" w:type="dxa"/>
          </w:tcPr>
          <w:p w14:paraId="1921976F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Tidak ada kendala signifikan, hanya perlu pengawasan.</w:t>
            </w:r>
          </w:p>
        </w:tc>
        <w:tc>
          <w:tcPr>
            <w:tcW w:w="1440" w:type="dxa"/>
          </w:tcPr>
          <w:p w14:paraId="38BB3632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Kendala bersifat teknis dan situasional.</w:t>
            </w:r>
          </w:p>
        </w:tc>
      </w:tr>
      <w:tr w:rsidR="003214CB" w:rsidRPr="001137CC" w14:paraId="77EFEB86" w14:textId="77777777" w:rsidTr="001137CC">
        <w:tc>
          <w:tcPr>
            <w:tcW w:w="1440" w:type="dxa"/>
          </w:tcPr>
          <w:p w14:paraId="0195FEF6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14:paraId="7262E634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Apakah kondisi ruang kelas mendukung fokus belajar? (Mindful)</w:t>
            </w:r>
          </w:p>
        </w:tc>
        <w:tc>
          <w:tcPr>
            <w:tcW w:w="1440" w:type="dxa"/>
          </w:tcPr>
          <w:p w14:paraId="57263F20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Cukup mendukung meski kebersihan perlu pengawasan.</w:t>
            </w:r>
          </w:p>
        </w:tc>
        <w:tc>
          <w:tcPr>
            <w:tcW w:w="1440" w:type="dxa"/>
          </w:tcPr>
          <w:p w14:paraId="7150A53C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Pencahayaan dan ventilasi baik.</w:t>
            </w:r>
          </w:p>
        </w:tc>
        <w:tc>
          <w:tcPr>
            <w:tcW w:w="1440" w:type="dxa"/>
          </w:tcPr>
          <w:p w14:paraId="3DDFDD3E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Kondisi kelas dimonitor melalui supervisi.</w:t>
            </w:r>
          </w:p>
        </w:tc>
        <w:tc>
          <w:tcPr>
            <w:tcW w:w="1440" w:type="dxa"/>
          </w:tcPr>
          <w:p w14:paraId="50376379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Lingkungan kelas secara umum mendukung pembelajaran.</w:t>
            </w:r>
          </w:p>
        </w:tc>
      </w:tr>
      <w:tr w:rsidR="003214CB" w:rsidRPr="001137CC" w14:paraId="4538D7C9" w14:textId="77777777" w:rsidTr="001137CC">
        <w:tc>
          <w:tcPr>
            <w:tcW w:w="1440" w:type="dxa"/>
          </w:tcPr>
          <w:p w14:paraId="4A2B7A53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14:paraId="0100ABBB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Apakah penataan ruang dan media pembelajaran menciptakan suasana belajar menyenangkan? (Joyful)</w:t>
            </w:r>
          </w:p>
        </w:tc>
        <w:tc>
          <w:tcPr>
            <w:tcW w:w="1440" w:type="dxa"/>
          </w:tcPr>
          <w:p w14:paraId="11C8D5CA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Siswa sangat antusias saat menggunakan IFP dan permainan.</w:t>
            </w:r>
          </w:p>
        </w:tc>
        <w:tc>
          <w:tcPr>
            <w:tcW w:w="1440" w:type="dxa"/>
          </w:tcPr>
          <w:p w14:paraId="60BE6A58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Siswa bersemangat dengan model U-Shape dan diskusi.</w:t>
            </w:r>
          </w:p>
        </w:tc>
        <w:tc>
          <w:tcPr>
            <w:tcW w:w="1440" w:type="dxa"/>
          </w:tcPr>
          <w:p w14:paraId="04028DA6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Sekolah mendukung suasana belajar fleksibel.</w:t>
            </w:r>
          </w:p>
        </w:tc>
        <w:tc>
          <w:tcPr>
            <w:tcW w:w="1440" w:type="dxa"/>
          </w:tcPr>
          <w:p w14:paraId="7100C2AA" w14:textId="77777777" w:rsidR="003214CB" w:rsidRPr="001137C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CC">
              <w:rPr>
                <w:rFonts w:ascii="Times New Roman" w:hAnsi="Times New Roman" w:cs="Times New Roman"/>
                <w:sz w:val="24"/>
                <w:szCs w:val="24"/>
              </w:rPr>
              <w:t>Suasana kelas diupayakan nyaman dan tidak membosankan.</w:t>
            </w:r>
          </w:p>
        </w:tc>
      </w:tr>
    </w:tbl>
    <w:p w14:paraId="30BB26BE" w14:textId="77777777" w:rsidR="00000000" w:rsidRDefault="00000000"/>
    <w:p w14:paraId="2D5C1D3F" w14:textId="6829BB29" w:rsidR="001137CC" w:rsidRDefault="001137CC">
      <w:r>
        <w:t>HASIL</w:t>
      </w:r>
    </w:p>
    <w:p w14:paraId="3F286775" w14:textId="77777777" w:rsidR="001137CC" w:rsidRDefault="001137CC" w:rsidP="001137CC">
      <w:pPr>
        <w:jc w:val="both"/>
        <w:rPr>
          <w:b/>
          <w:bCs/>
        </w:rPr>
      </w:pPr>
      <w:r>
        <w:rPr>
          <w:b/>
          <w:bCs/>
        </w:rPr>
        <w:t xml:space="preserve">Model Desain Ruang </w:t>
      </w:r>
      <w:proofErr w:type="spellStart"/>
      <w:r>
        <w:rPr>
          <w:b/>
          <w:bCs/>
        </w:rPr>
        <w:t>Kelas</w:t>
      </w:r>
      <w:proofErr w:type="spellEnd"/>
      <w:r>
        <w:rPr>
          <w:b/>
          <w:bCs/>
        </w:rPr>
        <w:t xml:space="preserve"> Dalam </w:t>
      </w:r>
      <w:proofErr w:type="spellStart"/>
      <w:r>
        <w:rPr>
          <w:b/>
          <w:bCs/>
        </w:rPr>
        <w:t>Pelaksanaan</w:t>
      </w:r>
      <w:proofErr w:type="spellEnd"/>
      <w:r>
        <w:rPr>
          <w:b/>
          <w:bCs/>
        </w:rPr>
        <w:t xml:space="preserve"> Deep Learning di SDN 16 Banda Aceh</w:t>
      </w:r>
    </w:p>
    <w:p w14:paraId="0C15C1BC" w14:textId="77777777" w:rsidR="001137CC" w:rsidRDefault="001137CC" w:rsidP="001137CC">
      <w:pPr>
        <w:ind w:firstLine="720"/>
        <w:jc w:val="both"/>
      </w:pPr>
      <w:r w:rsidRPr="001C3136">
        <w:t xml:space="preserve">Hasil </w:t>
      </w:r>
      <w:proofErr w:type="spellStart"/>
      <w:r w:rsidRPr="001C3136">
        <w:t>penelitian</w:t>
      </w:r>
      <w:proofErr w:type="spellEnd"/>
      <w:r w:rsidRPr="001C3136">
        <w:t xml:space="preserve"> </w:t>
      </w:r>
      <w:proofErr w:type="spellStart"/>
      <w:r w:rsidRPr="001C3136">
        <w:t>menunjukkan</w:t>
      </w:r>
      <w:proofErr w:type="spellEnd"/>
      <w:r w:rsidRPr="001C3136">
        <w:t xml:space="preserve"> </w:t>
      </w:r>
      <w:proofErr w:type="spellStart"/>
      <w:r w:rsidRPr="001C3136">
        <w:t>bahwa</w:t>
      </w:r>
      <w:proofErr w:type="spellEnd"/>
      <w:r w:rsidRPr="001C3136">
        <w:t xml:space="preserve"> model </w:t>
      </w:r>
      <w:proofErr w:type="spellStart"/>
      <w:r w:rsidRPr="001C3136">
        <w:t>desain</w:t>
      </w:r>
      <w:proofErr w:type="spellEnd"/>
      <w:r w:rsidRPr="001C3136">
        <w:t xml:space="preserve"> </w:t>
      </w:r>
      <w:proofErr w:type="spellStart"/>
      <w:r w:rsidRPr="001C3136">
        <w:t>ruang</w:t>
      </w:r>
      <w:proofErr w:type="spellEnd"/>
      <w:r w:rsidRPr="001C3136">
        <w:t xml:space="preserve"> </w:t>
      </w:r>
      <w:proofErr w:type="spellStart"/>
      <w:r w:rsidRPr="001C3136">
        <w:t>kelas</w:t>
      </w:r>
      <w:proofErr w:type="spellEnd"/>
      <w:r w:rsidRPr="001C3136">
        <w:t xml:space="preserve"> </w:t>
      </w:r>
      <w:proofErr w:type="spellStart"/>
      <w:r w:rsidRPr="001C3136">
        <w:t>dalam</w:t>
      </w:r>
      <w:proofErr w:type="spellEnd"/>
      <w:r w:rsidRPr="001C3136">
        <w:t xml:space="preserve"> </w:t>
      </w:r>
      <w:proofErr w:type="spellStart"/>
      <w:r w:rsidRPr="001C3136">
        <w:t>pelaksanaan</w:t>
      </w:r>
      <w:proofErr w:type="spellEnd"/>
      <w:r w:rsidRPr="001C3136">
        <w:t xml:space="preserve"> deep learning di SDN 16 Banda Aceh </w:t>
      </w:r>
      <w:proofErr w:type="spellStart"/>
      <w:r w:rsidRPr="001C3136">
        <w:t>diterapkan</w:t>
      </w:r>
      <w:proofErr w:type="spellEnd"/>
      <w:r w:rsidRPr="001C3136">
        <w:t xml:space="preserve"> </w:t>
      </w:r>
      <w:proofErr w:type="spellStart"/>
      <w:r w:rsidRPr="001C3136">
        <w:t>secara</w:t>
      </w:r>
      <w:proofErr w:type="spellEnd"/>
      <w:r w:rsidRPr="001C3136">
        <w:t xml:space="preserve"> </w:t>
      </w:r>
      <w:proofErr w:type="spellStart"/>
      <w:r w:rsidRPr="001C3136">
        <w:t>fleksibel</w:t>
      </w:r>
      <w:proofErr w:type="spellEnd"/>
      <w:r w:rsidRPr="001C3136">
        <w:t xml:space="preserve"> dan </w:t>
      </w:r>
      <w:proofErr w:type="spellStart"/>
      <w:r w:rsidRPr="001C3136">
        <w:t>adaptif</w:t>
      </w:r>
      <w:proofErr w:type="spellEnd"/>
      <w:r w:rsidRPr="001C3136">
        <w:t xml:space="preserve"> </w:t>
      </w:r>
      <w:proofErr w:type="spellStart"/>
      <w:r w:rsidRPr="001C3136">
        <w:t>sesuai</w:t>
      </w:r>
      <w:proofErr w:type="spellEnd"/>
      <w:r w:rsidRPr="001C3136">
        <w:t xml:space="preserve"> </w:t>
      </w:r>
      <w:proofErr w:type="spellStart"/>
      <w:r w:rsidRPr="001C3136">
        <w:t>dengan</w:t>
      </w:r>
      <w:proofErr w:type="spellEnd"/>
      <w:r w:rsidRPr="001C3136">
        <w:t xml:space="preserve"> </w:t>
      </w:r>
      <w:proofErr w:type="spellStart"/>
      <w:r w:rsidRPr="001C3136">
        <w:t>tujuan</w:t>
      </w:r>
      <w:proofErr w:type="spellEnd"/>
      <w:r w:rsidRPr="001C3136">
        <w:t xml:space="preserve"> </w:t>
      </w:r>
      <w:proofErr w:type="spellStart"/>
      <w:r w:rsidRPr="001C3136">
        <w:t>pembelajaran</w:t>
      </w:r>
      <w:proofErr w:type="spellEnd"/>
      <w:r w:rsidRPr="001C3136">
        <w:t xml:space="preserve">, </w:t>
      </w:r>
      <w:proofErr w:type="spellStart"/>
      <w:r w:rsidRPr="001C3136">
        <w:t>karakteristik</w:t>
      </w:r>
      <w:proofErr w:type="spellEnd"/>
      <w:r w:rsidRPr="001C3136">
        <w:t xml:space="preserve"> </w:t>
      </w:r>
      <w:proofErr w:type="spellStart"/>
      <w:r w:rsidRPr="001C3136">
        <w:t>peserta</w:t>
      </w:r>
      <w:proofErr w:type="spellEnd"/>
      <w:r w:rsidRPr="001C3136">
        <w:t xml:space="preserve"> </w:t>
      </w:r>
      <w:proofErr w:type="spellStart"/>
      <w:r w:rsidRPr="001C3136">
        <w:t>didik</w:t>
      </w:r>
      <w:proofErr w:type="spellEnd"/>
      <w:r w:rsidRPr="001C3136">
        <w:t xml:space="preserve">, </w:t>
      </w:r>
      <w:proofErr w:type="spellStart"/>
      <w:r w:rsidRPr="001C3136">
        <w:t>serta</w:t>
      </w:r>
      <w:proofErr w:type="spellEnd"/>
      <w:r w:rsidRPr="001C3136">
        <w:t xml:space="preserve"> </w:t>
      </w:r>
      <w:proofErr w:type="spellStart"/>
      <w:r w:rsidRPr="001C3136">
        <w:t>materi</w:t>
      </w:r>
      <w:proofErr w:type="spellEnd"/>
      <w:r w:rsidRPr="001C3136">
        <w:t xml:space="preserve"> ajar yang </w:t>
      </w:r>
      <w:proofErr w:type="spellStart"/>
      <w:r w:rsidRPr="001C3136">
        <w:t>disampaikan</w:t>
      </w:r>
      <w:proofErr w:type="spellEnd"/>
      <w:r w:rsidRPr="001C3136">
        <w:t xml:space="preserve">. Desain </w:t>
      </w:r>
      <w:proofErr w:type="spellStart"/>
      <w:r w:rsidRPr="001C3136">
        <w:t>ruang</w:t>
      </w:r>
      <w:proofErr w:type="spellEnd"/>
      <w:r w:rsidRPr="001C3136">
        <w:t xml:space="preserve"> </w:t>
      </w:r>
      <w:proofErr w:type="spellStart"/>
      <w:r w:rsidRPr="001C3136">
        <w:t>kelas</w:t>
      </w:r>
      <w:proofErr w:type="spellEnd"/>
      <w:r w:rsidRPr="001C3136">
        <w:t xml:space="preserve"> </w:t>
      </w:r>
      <w:proofErr w:type="spellStart"/>
      <w:r w:rsidRPr="001C3136">
        <w:t>tidak</w:t>
      </w:r>
      <w:proofErr w:type="spellEnd"/>
      <w:r w:rsidRPr="001C3136">
        <w:t xml:space="preserve"> </w:t>
      </w:r>
      <w:proofErr w:type="spellStart"/>
      <w:r w:rsidRPr="001C3136">
        <w:t>bersifat</w:t>
      </w:r>
      <w:proofErr w:type="spellEnd"/>
      <w:r w:rsidRPr="001C3136">
        <w:t xml:space="preserve"> </w:t>
      </w:r>
      <w:proofErr w:type="spellStart"/>
      <w:r w:rsidRPr="001C3136">
        <w:t>permanen</w:t>
      </w:r>
      <w:proofErr w:type="spellEnd"/>
      <w:r w:rsidRPr="001C3136">
        <w:t xml:space="preserve">, </w:t>
      </w:r>
      <w:proofErr w:type="spellStart"/>
      <w:r w:rsidRPr="001C3136">
        <w:t>melainkan</w:t>
      </w:r>
      <w:proofErr w:type="spellEnd"/>
      <w:r w:rsidRPr="001C3136">
        <w:t xml:space="preserve"> </w:t>
      </w:r>
      <w:proofErr w:type="spellStart"/>
      <w:r w:rsidRPr="001C3136">
        <w:t>mengalami</w:t>
      </w:r>
      <w:proofErr w:type="spellEnd"/>
      <w:r w:rsidRPr="001C3136">
        <w:t xml:space="preserve"> </w:t>
      </w:r>
      <w:proofErr w:type="spellStart"/>
      <w:r w:rsidRPr="001C3136">
        <w:t>perubahan</w:t>
      </w:r>
      <w:proofErr w:type="spellEnd"/>
      <w:r w:rsidRPr="001C3136">
        <w:t xml:space="preserve"> </w:t>
      </w:r>
      <w:proofErr w:type="spellStart"/>
      <w:r w:rsidRPr="001C3136">
        <w:t>secara</w:t>
      </w:r>
      <w:proofErr w:type="spellEnd"/>
      <w:r w:rsidRPr="001C3136">
        <w:t xml:space="preserve"> </w:t>
      </w:r>
      <w:proofErr w:type="spellStart"/>
      <w:r w:rsidRPr="001C3136">
        <w:t>berkala</w:t>
      </w:r>
      <w:proofErr w:type="spellEnd"/>
      <w:r w:rsidRPr="001C3136">
        <w:t xml:space="preserve"> </w:t>
      </w:r>
      <w:proofErr w:type="spellStart"/>
      <w:r w:rsidRPr="001C3136">
        <w:t>untuk</w:t>
      </w:r>
      <w:proofErr w:type="spellEnd"/>
      <w:r w:rsidRPr="001C3136">
        <w:t xml:space="preserve"> </w:t>
      </w:r>
      <w:proofErr w:type="spellStart"/>
      <w:r w:rsidRPr="001C3136">
        <w:t>mendukung</w:t>
      </w:r>
      <w:proofErr w:type="spellEnd"/>
      <w:r w:rsidRPr="001C3136">
        <w:t xml:space="preserve"> </w:t>
      </w:r>
      <w:proofErr w:type="spellStart"/>
      <w:r w:rsidRPr="001C3136">
        <w:t>keterlibatan</w:t>
      </w:r>
      <w:proofErr w:type="spellEnd"/>
      <w:r w:rsidRPr="001C3136">
        <w:t xml:space="preserve"> </w:t>
      </w:r>
      <w:proofErr w:type="spellStart"/>
      <w:r w:rsidRPr="001C3136">
        <w:t>aktif</w:t>
      </w:r>
      <w:proofErr w:type="spellEnd"/>
      <w:r w:rsidRPr="001C3136">
        <w:t xml:space="preserve">, </w:t>
      </w:r>
      <w:proofErr w:type="spellStart"/>
      <w:r w:rsidRPr="001C3136">
        <w:t>interaksi</w:t>
      </w:r>
      <w:proofErr w:type="spellEnd"/>
      <w:r w:rsidRPr="001C3136">
        <w:t xml:space="preserve">, dan </w:t>
      </w:r>
      <w:proofErr w:type="spellStart"/>
      <w:r w:rsidRPr="001C3136">
        <w:t>kolaborasi</w:t>
      </w:r>
      <w:proofErr w:type="spellEnd"/>
      <w:r w:rsidRPr="001C3136">
        <w:t xml:space="preserve"> </w:t>
      </w:r>
      <w:proofErr w:type="spellStart"/>
      <w:r w:rsidRPr="001C3136">
        <w:t>siswa</w:t>
      </w:r>
      <w:proofErr w:type="spellEnd"/>
      <w:r w:rsidRPr="001C3136">
        <w:t xml:space="preserve"> </w:t>
      </w:r>
      <w:proofErr w:type="spellStart"/>
      <w:r w:rsidRPr="001C3136">
        <w:t>dalam</w:t>
      </w:r>
      <w:proofErr w:type="spellEnd"/>
      <w:r w:rsidRPr="001C3136">
        <w:t xml:space="preserve"> proses </w:t>
      </w:r>
      <w:proofErr w:type="spellStart"/>
      <w:r w:rsidRPr="001C3136">
        <w:t>pembelajaran</w:t>
      </w:r>
      <w:proofErr w:type="spellEnd"/>
      <w:r w:rsidRPr="001C3136">
        <w:t>.</w:t>
      </w:r>
    </w:p>
    <w:p w14:paraId="39B5EEB0" w14:textId="77777777" w:rsidR="001137CC" w:rsidRDefault="001137CC" w:rsidP="001137CC">
      <w:pPr>
        <w:ind w:firstLine="720"/>
        <w:jc w:val="both"/>
      </w:pPr>
      <w:proofErr w:type="spellStart"/>
      <w:r w:rsidRPr="001C3136">
        <w:t>Berdasarkan</w:t>
      </w:r>
      <w:proofErr w:type="spellEnd"/>
      <w:r w:rsidRPr="001C3136">
        <w:t xml:space="preserve"> </w:t>
      </w:r>
      <w:proofErr w:type="spellStart"/>
      <w:r w:rsidRPr="001C3136">
        <w:t>hasil</w:t>
      </w:r>
      <w:proofErr w:type="spellEnd"/>
      <w:r w:rsidRPr="001C3136">
        <w:t xml:space="preserve"> </w:t>
      </w:r>
      <w:proofErr w:type="spellStart"/>
      <w:r w:rsidRPr="001C3136">
        <w:t>wawancara</w:t>
      </w:r>
      <w:proofErr w:type="spellEnd"/>
      <w:r w:rsidRPr="001C3136">
        <w:t xml:space="preserve"> </w:t>
      </w:r>
      <w:proofErr w:type="spellStart"/>
      <w:r w:rsidRPr="001C3136">
        <w:t>dengan</w:t>
      </w:r>
      <w:proofErr w:type="spellEnd"/>
      <w:r w:rsidRPr="001C3136">
        <w:t xml:space="preserve"> </w:t>
      </w:r>
      <w:proofErr w:type="spellStart"/>
      <w:r>
        <w:t>ibu</w:t>
      </w:r>
      <w:proofErr w:type="spellEnd"/>
      <w:r>
        <w:t xml:space="preserve"> Serli </w:t>
      </w:r>
      <w:proofErr w:type="spellStart"/>
      <w:r>
        <w:t>selaku</w:t>
      </w:r>
      <w:proofErr w:type="spellEnd"/>
      <w:r>
        <w:t xml:space="preserve"> </w:t>
      </w:r>
      <w:proofErr w:type="spellStart"/>
      <w:r w:rsidRPr="001C3136">
        <w:t>wali</w:t>
      </w:r>
      <w:proofErr w:type="spellEnd"/>
      <w:r w:rsidRPr="001C3136">
        <w:t xml:space="preserve"> </w:t>
      </w:r>
      <w:proofErr w:type="spellStart"/>
      <w:r w:rsidRPr="001C3136">
        <w:t>kelas</w:t>
      </w:r>
      <w:proofErr w:type="spellEnd"/>
      <w:r w:rsidRPr="001C3136">
        <w:t xml:space="preserve"> </w:t>
      </w:r>
      <w:proofErr w:type="spellStart"/>
      <w:r>
        <w:t>kelas</w:t>
      </w:r>
      <w:proofErr w:type="spellEnd"/>
      <w:r>
        <w:t xml:space="preserve"> </w:t>
      </w:r>
      <w:proofErr w:type="spellStart"/>
      <w:r w:rsidRPr="001C3136">
        <w:t>rendah</w:t>
      </w:r>
      <w:proofErr w:type="spellEnd"/>
      <w:r w:rsidRPr="001C3136">
        <w:t xml:space="preserve"> dan </w:t>
      </w:r>
      <w:proofErr w:type="spellStart"/>
      <w:r>
        <w:t>ibu</w:t>
      </w:r>
      <w:proofErr w:type="spellEnd"/>
      <w:r>
        <w:t xml:space="preserve"> </w:t>
      </w:r>
      <w:proofErr w:type="spellStart"/>
      <w:r>
        <w:t>Nurliana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 w:rsidRPr="001C3136">
        <w:t>wali</w:t>
      </w:r>
      <w:proofErr w:type="spellEnd"/>
      <w:r w:rsidRPr="001C3136">
        <w:t xml:space="preserve"> </w:t>
      </w:r>
      <w:proofErr w:type="spellStart"/>
      <w:r w:rsidRPr="001C3136">
        <w:t>kelas</w:t>
      </w:r>
      <w:proofErr w:type="spellEnd"/>
      <w:r>
        <w:t xml:space="preserve"> </w:t>
      </w:r>
      <w:proofErr w:type="spellStart"/>
      <w:r>
        <w:t>kelas</w:t>
      </w:r>
      <w:proofErr w:type="spellEnd"/>
      <w:r w:rsidRPr="001C3136">
        <w:t xml:space="preserve"> </w:t>
      </w:r>
      <w:proofErr w:type="spellStart"/>
      <w:r w:rsidRPr="001C3136">
        <w:t>tinggi</w:t>
      </w:r>
      <w:proofErr w:type="spellEnd"/>
      <w:r w:rsidRPr="001C3136">
        <w:t xml:space="preserve">, guru </w:t>
      </w:r>
      <w:proofErr w:type="spellStart"/>
      <w:r w:rsidRPr="001C3136">
        <w:t>menggunakan</w:t>
      </w:r>
      <w:proofErr w:type="spellEnd"/>
      <w:r w:rsidRPr="001C3136">
        <w:t xml:space="preserve"> </w:t>
      </w:r>
      <w:proofErr w:type="spellStart"/>
      <w:r w:rsidRPr="001C3136">
        <w:t>beberapa</w:t>
      </w:r>
      <w:proofErr w:type="spellEnd"/>
      <w:r w:rsidRPr="001C3136">
        <w:t xml:space="preserve"> model </w:t>
      </w:r>
      <w:proofErr w:type="spellStart"/>
      <w:r w:rsidRPr="001C3136">
        <w:t>penataan</w:t>
      </w:r>
      <w:proofErr w:type="spellEnd"/>
      <w:r w:rsidRPr="001C3136">
        <w:t xml:space="preserve"> </w:t>
      </w:r>
      <w:proofErr w:type="spellStart"/>
      <w:r w:rsidRPr="001C3136">
        <w:t>ruang</w:t>
      </w:r>
      <w:proofErr w:type="spellEnd"/>
      <w:r w:rsidRPr="001C3136">
        <w:t xml:space="preserve"> </w:t>
      </w:r>
      <w:proofErr w:type="spellStart"/>
      <w:r w:rsidRPr="001C3136">
        <w:t>kelas</w:t>
      </w:r>
      <w:proofErr w:type="spellEnd"/>
      <w:r w:rsidRPr="001C3136">
        <w:t xml:space="preserve">, </w:t>
      </w:r>
      <w:proofErr w:type="spellStart"/>
      <w:r w:rsidRPr="001C3136">
        <w:t>antara</w:t>
      </w:r>
      <w:proofErr w:type="spellEnd"/>
      <w:r w:rsidRPr="001C3136">
        <w:t xml:space="preserve"> lain model </w:t>
      </w:r>
      <w:proofErr w:type="spellStart"/>
      <w:r w:rsidRPr="001C3136">
        <w:t>tradisional</w:t>
      </w:r>
      <w:proofErr w:type="spellEnd"/>
      <w:r w:rsidRPr="001C3136">
        <w:t xml:space="preserve"> (</w:t>
      </w:r>
      <w:proofErr w:type="spellStart"/>
      <w:r w:rsidRPr="001C3136">
        <w:t>klasikal</w:t>
      </w:r>
      <w:proofErr w:type="spellEnd"/>
      <w:r w:rsidRPr="001C3136">
        <w:t xml:space="preserve">), </w:t>
      </w:r>
      <w:proofErr w:type="spellStart"/>
      <w:r w:rsidRPr="001C3136">
        <w:t>tapal</w:t>
      </w:r>
      <w:proofErr w:type="spellEnd"/>
      <w:r w:rsidRPr="001C3136">
        <w:t xml:space="preserve"> </w:t>
      </w:r>
      <w:proofErr w:type="spellStart"/>
      <w:r w:rsidRPr="001C3136">
        <w:t>kuda</w:t>
      </w:r>
      <w:proofErr w:type="spellEnd"/>
      <w:r w:rsidRPr="001C3136">
        <w:t xml:space="preserve"> (</w:t>
      </w:r>
      <w:r w:rsidRPr="001C3136">
        <w:rPr>
          <w:i/>
          <w:iCs/>
        </w:rPr>
        <w:t>U-shape</w:t>
      </w:r>
      <w:r w:rsidRPr="001C3136">
        <w:t xml:space="preserve">), </w:t>
      </w:r>
      <w:proofErr w:type="spellStart"/>
      <w:r w:rsidRPr="001C3136">
        <w:t>kelompok</w:t>
      </w:r>
      <w:proofErr w:type="spellEnd"/>
      <w:r w:rsidRPr="001C3136">
        <w:t xml:space="preserve"> (</w:t>
      </w:r>
      <w:r w:rsidRPr="001C3136">
        <w:rPr>
          <w:i/>
          <w:iCs/>
        </w:rPr>
        <w:t>cluster</w:t>
      </w:r>
      <w:r w:rsidRPr="001C3136">
        <w:t xml:space="preserve">), </w:t>
      </w:r>
      <w:proofErr w:type="spellStart"/>
      <w:r w:rsidRPr="001C3136">
        <w:t>serta</w:t>
      </w:r>
      <w:proofErr w:type="spellEnd"/>
      <w:r w:rsidRPr="001C3136">
        <w:t xml:space="preserve"> model </w:t>
      </w:r>
      <w:proofErr w:type="spellStart"/>
      <w:r w:rsidRPr="001C3136">
        <w:t>modifikasi</w:t>
      </w:r>
      <w:proofErr w:type="spellEnd"/>
      <w:r w:rsidRPr="001C3136">
        <w:t xml:space="preserve"> yang </w:t>
      </w:r>
      <w:proofErr w:type="spellStart"/>
      <w:r w:rsidRPr="001C3136">
        <w:t>menyerupai</w:t>
      </w:r>
      <w:proofErr w:type="spellEnd"/>
      <w:r w:rsidRPr="001C3136">
        <w:t xml:space="preserve"> </w:t>
      </w:r>
      <w:proofErr w:type="spellStart"/>
      <w:r w:rsidRPr="001C3136">
        <w:t>huruf</w:t>
      </w:r>
      <w:proofErr w:type="spellEnd"/>
      <w:r w:rsidRPr="001C3136">
        <w:t xml:space="preserve"> V yang </w:t>
      </w:r>
      <w:proofErr w:type="spellStart"/>
      <w:r w:rsidRPr="001C3136">
        <w:t>dirancang</w:t>
      </w:r>
      <w:proofErr w:type="spellEnd"/>
      <w:r w:rsidRPr="001C3136">
        <w:t xml:space="preserve"> </w:t>
      </w:r>
      <w:proofErr w:type="spellStart"/>
      <w:r w:rsidRPr="001C3136">
        <w:t>secara</w:t>
      </w:r>
      <w:proofErr w:type="spellEnd"/>
      <w:r w:rsidRPr="001C3136">
        <w:t xml:space="preserve"> </w:t>
      </w:r>
      <w:proofErr w:type="spellStart"/>
      <w:r w:rsidRPr="001C3136">
        <w:t>mandiri</w:t>
      </w:r>
      <w:proofErr w:type="spellEnd"/>
      <w:r w:rsidRPr="001C3136">
        <w:t xml:space="preserve"> oleh guru</w:t>
      </w:r>
      <w:r>
        <w:t xml:space="preserve">. </w:t>
      </w:r>
      <w:r w:rsidRPr="001C3136">
        <w:t xml:space="preserve">Model </w:t>
      </w:r>
      <w:proofErr w:type="spellStart"/>
      <w:r w:rsidRPr="001C3136">
        <w:t>klasikal</w:t>
      </w:r>
      <w:proofErr w:type="spellEnd"/>
      <w:r w:rsidRPr="001C3136">
        <w:t xml:space="preserve"> </w:t>
      </w:r>
      <w:proofErr w:type="spellStart"/>
      <w:r w:rsidRPr="001C3136">
        <w:t>digunakan</w:t>
      </w:r>
      <w:proofErr w:type="spellEnd"/>
      <w:r w:rsidRPr="001C3136">
        <w:t xml:space="preserve"> pada </w:t>
      </w:r>
      <w:proofErr w:type="spellStart"/>
      <w:r w:rsidRPr="001C3136">
        <w:t>kondisi</w:t>
      </w:r>
      <w:proofErr w:type="spellEnd"/>
      <w:r w:rsidRPr="001C3136">
        <w:t xml:space="preserve"> </w:t>
      </w:r>
      <w:proofErr w:type="spellStart"/>
      <w:r w:rsidRPr="001C3136">
        <w:t>tertentu</w:t>
      </w:r>
      <w:proofErr w:type="spellEnd"/>
      <w:r w:rsidRPr="001C3136">
        <w:t xml:space="preserve">, </w:t>
      </w:r>
      <w:proofErr w:type="spellStart"/>
      <w:r w:rsidRPr="001C3136">
        <w:t>seperti</w:t>
      </w:r>
      <w:proofErr w:type="spellEnd"/>
      <w:r w:rsidRPr="001C3136">
        <w:t xml:space="preserve"> </w:t>
      </w:r>
      <w:proofErr w:type="spellStart"/>
      <w:r w:rsidRPr="001C3136">
        <w:t>saat</w:t>
      </w:r>
      <w:proofErr w:type="spellEnd"/>
      <w:r w:rsidRPr="001C3136">
        <w:t xml:space="preserve"> </w:t>
      </w:r>
      <w:proofErr w:type="spellStart"/>
      <w:r w:rsidRPr="001C3136">
        <w:t>evaluasi</w:t>
      </w:r>
      <w:proofErr w:type="spellEnd"/>
      <w:r w:rsidRPr="001C3136">
        <w:t xml:space="preserve"> </w:t>
      </w:r>
      <w:proofErr w:type="spellStart"/>
      <w:r w:rsidRPr="001C3136">
        <w:t>atau</w:t>
      </w:r>
      <w:proofErr w:type="spellEnd"/>
      <w:r w:rsidRPr="001C3136">
        <w:t xml:space="preserve"> </w:t>
      </w:r>
      <w:proofErr w:type="spellStart"/>
      <w:r w:rsidRPr="001C3136">
        <w:t>pembelajaran</w:t>
      </w:r>
      <w:proofErr w:type="spellEnd"/>
      <w:r w:rsidRPr="001C3136">
        <w:t xml:space="preserve"> yang </w:t>
      </w:r>
      <w:proofErr w:type="spellStart"/>
      <w:r w:rsidRPr="001C3136">
        <w:t>memerlukan</w:t>
      </w:r>
      <w:proofErr w:type="spellEnd"/>
      <w:r w:rsidRPr="001C3136">
        <w:t xml:space="preserve"> </w:t>
      </w:r>
      <w:proofErr w:type="spellStart"/>
      <w:r w:rsidRPr="001C3136">
        <w:t>konsentrasi</w:t>
      </w:r>
      <w:proofErr w:type="spellEnd"/>
      <w:r w:rsidRPr="001C3136">
        <w:t xml:space="preserve"> individual. </w:t>
      </w:r>
      <w:proofErr w:type="spellStart"/>
      <w:r w:rsidRPr="001C3136">
        <w:t>Sementara</w:t>
      </w:r>
      <w:proofErr w:type="spellEnd"/>
      <w:r w:rsidRPr="001C3136">
        <w:t xml:space="preserve"> </w:t>
      </w:r>
      <w:proofErr w:type="spellStart"/>
      <w:r w:rsidRPr="001C3136">
        <w:t>itu</w:t>
      </w:r>
      <w:proofErr w:type="spellEnd"/>
      <w:r w:rsidRPr="001C3136">
        <w:t xml:space="preserve">, model </w:t>
      </w:r>
      <w:r w:rsidRPr="001C3136">
        <w:rPr>
          <w:i/>
          <w:iCs/>
        </w:rPr>
        <w:t>U-shape</w:t>
      </w:r>
      <w:r w:rsidRPr="001C3136">
        <w:t xml:space="preserve"> dan </w:t>
      </w:r>
      <w:proofErr w:type="spellStart"/>
      <w:r w:rsidRPr="001C3136">
        <w:t>kelompok</w:t>
      </w:r>
      <w:proofErr w:type="spellEnd"/>
      <w:r w:rsidRPr="001C3136">
        <w:t xml:space="preserve"> </w:t>
      </w:r>
      <w:proofErr w:type="spellStart"/>
      <w:r w:rsidRPr="001C3136">
        <w:t>lebih</w:t>
      </w:r>
      <w:proofErr w:type="spellEnd"/>
      <w:r w:rsidRPr="001C3136">
        <w:t xml:space="preserve"> </w:t>
      </w:r>
      <w:proofErr w:type="spellStart"/>
      <w:r w:rsidRPr="001C3136">
        <w:t>sering</w:t>
      </w:r>
      <w:proofErr w:type="spellEnd"/>
      <w:r w:rsidRPr="001C3136">
        <w:t xml:space="preserve"> </w:t>
      </w:r>
      <w:proofErr w:type="spellStart"/>
      <w:r w:rsidRPr="001C3136">
        <w:t>digunakan</w:t>
      </w:r>
      <w:proofErr w:type="spellEnd"/>
      <w:r w:rsidRPr="001C3136">
        <w:t xml:space="preserve"> </w:t>
      </w:r>
      <w:proofErr w:type="spellStart"/>
      <w:r w:rsidRPr="001C3136">
        <w:t>karena</w:t>
      </w:r>
      <w:proofErr w:type="spellEnd"/>
      <w:r w:rsidRPr="001C3136">
        <w:t xml:space="preserve"> </w:t>
      </w:r>
      <w:proofErr w:type="spellStart"/>
      <w:r w:rsidRPr="001C3136">
        <w:t>memberikan</w:t>
      </w:r>
      <w:proofErr w:type="spellEnd"/>
      <w:r w:rsidRPr="001C3136">
        <w:t xml:space="preserve"> </w:t>
      </w:r>
      <w:proofErr w:type="spellStart"/>
      <w:r w:rsidRPr="001C3136">
        <w:t>ruang</w:t>
      </w:r>
      <w:proofErr w:type="spellEnd"/>
      <w:r w:rsidRPr="001C3136">
        <w:t xml:space="preserve"> </w:t>
      </w:r>
      <w:proofErr w:type="spellStart"/>
      <w:r w:rsidRPr="001C3136">
        <w:t>interaksi</w:t>
      </w:r>
      <w:proofErr w:type="spellEnd"/>
      <w:r w:rsidRPr="001C3136">
        <w:t xml:space="preserve"> yang </w:t>
      </w:r>
      <w:proofErr w:type="spellStart"/>
      <w:r w:rsidRPr="001C3136">
        <w:t>lebih</w:t>
      </w:r>
      <w:proofErr w:type="spellEnd"/>
      <w:r w:rsidRPr="001C3136">
        <w:t xml:space="preserve"> </w:t>
      </w:r>
      <w:proofErr w:type="spellStart"/>
      <w:r w:rsidRPr="001C3136">
        <w:t>luas</w:t>
      </w:r>
      <w:proofErr w:type="spellEnd"/>
      <w:r w:rsidRPr="001C3136">
        <w:t xml:space="preserve"> </w:t>
      </w:r>
      <w:proofErr w:type="spellStart"/>
      <w:r w:rsidRPr="001C3136">
        <w:t>antara</w:t>
      </w:r>
      <w:proofErr w:type="spellEnd"/>
      <w:r w:rsidRPr="001C3136">
        <w:t xml:space="preserve"> </w:t>
      </w:r>
      <w:proofErr w:type="spellStart"/>
      <w:r w:rsidRPr="001C3136">
        <w:t>siswa</w:t>
      </w:r>
      <w:proofErr w:type="spellEnd"/>
      <w:r w:rsidRPr="001C3136">
        <w:t xml:space="preserve"> </w:t>
      </w:r>
      <w:proofErr w:type="spellStart"/>
      <w:r w:rsidRPr="001C3136">
        <w:t>dengan</w:t>
      </w:r>
      <w:proofErr w:type="spellEnd"/>
      <w:r w:rsidRPr="001C3136">
        <w:t xml:space="preserve"> </w:t>
      </w:r>
      <w:proofErr w:type="spellStart"/>
      <w:r w:rsidRPr="001C3136">
        <w:t>siswa</w:t>
      </w:r>
      <w:proofErr w:type="spellEnd"/>
      <w:r w:rsidRPr="001C3136">
        <w:t xml:space="preserve"> </w:t>
      </w:r>
      <w:proofErr w:type="spellStart"/>
      <w:r w:rsidRPr="001C3136">
        <w:t>maupun</w:t>
      </w:r>
      <w:proofErr w:type="spellEnd"/>
      <w:r w:rsidRPr="001C3136">
        <w:t xml:space="preserve"> </w:t>
      </w:r>
      <w:proofErr w:type="spellStart"/>
      <w:r w:rsidRPr="001C3136">
        <w:t>siswa</w:t>
      </w:r>
      <w:proofErr w:type="spellEnd"/>
      <w:r w:rsidRPr="001C3136">
        <w:t xml:space="preserve"> </w:t>
      </w:r>
      <w:proofErr w:type="spellStart"/>
      <w:r w:rsidRPr="001C3136">
        <w:t>dengan</w:t>
      </w:r>
      <w:proofErr w:type="spellEnd"/>
      <w:r w:rsidRPr="001C3136">
        <w:t xml:space="preserve"> guru.</w:t>
      </w:r>
    </w:p>
    <w:p w14:paraId="1392A1EB" w14:textId="77777777" w:rsidR="001137CC" w:rsidRDefault="001137CC" w:rsidP="001137CC">
      <w:pPr>
        <w:ind w:firstLine="720"/>
        <w:jc w:val="both"/>
      </w:pPr>
      <w:r w:rsidRPr="00B04E99">
        <w:lastRenderedPageBreak/>
        <w:t>Pada</w:t>
      </w:r>
      <w:r>
        <w:t xml:space="preserve"> </w:t>
      </w:r>
      <w:proofErr w:type="spellStart"/>
      <w:r>
        <w:t>kelas</w:t>
      </w:r>
      <w:proofErr w:type="spellEnd"/>
      <w:r>
        <w:t xml:space="preserve"> </w:t>
      </w:r>
      <w:proofErr w:type="spellStart"/>
      <w:r>
        <w:t>rendah</w:t>
      </w:r>
      <w:proofErr w:type="spellEnd"/>
      <w:r w:rsidRPr="00B04E99">
        <w:t xml:space="preserve">, </w:t>
      </w:r>
      <w:proofErr w:type="spellStart"/>
      <w:r>
        <w:t>desain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kelas</w:t>
      </w:r>
      <w:proofErr w:type="spellEnd"/>
      <w:r w:rsidRPr="00B04E99">
        <w:t xml:space="preserve"> </w:t>
      </w:r>
      <w:proofErr w:type="spellStart"/>
      <w:r w:rsidRPr="00B04E99">
        <w:t>sering</w:t>
      </w:r>
      <w:proofErr w:type="spellEnd"/>
      <w:r w:rsidRPr="00B04E99">
        <w:t xml:space="preserve"> kali </w:t>
      </w:r>
      <w:proofErr w:type="spellStart"/>
      <w:r w:rsidRPr="00B04E99">
        <w:t>diubah</w:t>
      </w:r>
      <w:proofErr w:type="spellEnd"/>
      <w:r w:rsidRPr="00B04E99">
        <w:t xml:space="preserve"> </w:t>
      </w:r>
      <w:proofErr w:type="spellStart"/>
      <w:r w:rsidRPr="00B04E99">
        <w:t>untuk</w:t>
      </w:r>
      <w:proofErr w:type="spellEnd"/>
      <w:r w:rsidRPr="00B04E99">
        <w:t xml:space="preserve"> </w:t>
      </w:r>
      <w:proofErr w:type="spellStart"/>
      <w:r w:rsidRPr="00B04E99">
        <w:t>menghindari</w:t>
      </w:r>
      <w:proofErr w:type="spellEnd"/>
      <w:r w:rsidRPr="00B04E99">
        <w:t xml:space="preserve"> </w:t>
      </w:r>
      <w:proofErr w:type="spellStart"/>
      <w:r w:rsidRPr="00B04E99">
        <w:t>kebosanan</w:t>
      </w:r>
      <w:proofErr w:type="spellEnd"/>
      <w:r w:rsidRPr="00B04E99">
        <w:t xml:space="preserve"> dan </w:t>
      </w:r>
      <w:proofErr w:type="spellStart"/>
      <w:r w:rsidRPr="00B04E99">
        <w:t>mempertahankan</w:t>
      </w:r>
      <w:proofErr w:type="spellEnd"/>
      <w:r w:rsidRPr="00B04E99">
        <w:t xml:space="preserve"> </w:t>
      </w:r>
      <w:proofErr w:type="spellStart"/>
      <w:r w:rsidRPr="00B04E99">
        <w:t>konsentrasi</w:t>
      </w:r>
      <w:proofErr w:type="spellEnd"/>
      <w:r w:rsidRPr="00B04E99">
        <w:t xml:space="preserve"> murid. </w:t>
      </w:r>
      <w:proofErr w:type="spellStart"/>
      <w:r w:rsidRPr="00B04E99">
        <w:t>Pengaturan</w:t>
      </w:r>
      <w:proofErr w:type="spellEnd"/>
      <w:r w:rsidRPr="00B04E99">
        <w:t xml:space="preserve"> </w:t>
      </w:r>
      <w:proofErr w:type="spellStart"/>
      <w:r w:rsidRPr="00B04E99">
        <w:t>posisi</w:t>
      </w:r>
      <w:proofErr w:type="spellEnd"/>
      <w:r w:rsidRPr="00B04E99">
        <w:t xml:space="preserve"> </w:t>
      </w:r>
      <w:proofErr w:type="spellStart"/>
      <w:r w:rsidRPr="00B04E99">
        <w:t>tempat</w:t>
      </w:r>
      <w:proofErr w:type="spellEnd"/>
      <w:r w:rsidRPr="00B04E99">
        <w:t xml:space="preserve"> duduk yang </w:t>
      </w:r>
      <w:proofErr w:type="spellStart"/>
      <w:r w:rsidRPr="00B04E99">
        <w:t>berbeda</w:t>
      </w:r>
      <w:proofErr w:type="spellEnd"/>
      <w:r w:rsidRPr="00B04E99">
        <w:t xml:space="preserve"> </w:t>
      </w:r>
      <w:proofErr w:type="spellStart"/>
      <w:r w:rsidRPr="00B04E99">
        <w:t>dinilai</w:t>
      </w:r>
      <w:proofErr w:type="spellEnd"/>
      <w:r w:rsidRPr="00B04E99">
        <w:t xml:space="preserve"> </w:t>
      </w:r>
      <w:proofErr w:type="spellStart"/>
      <w:r w:rsidRPr="00B04E99">
        <w:t>dapat</w:t>
      </w:r>
      <w:proofErr w:type="spellEnd"/>
      <w:r w:rsidRPr="00B04E99">
        <w:t xml:space="preserve"> </w:t>
      </w:r>
      <w:proofErr w:type="spellStart"/>
      <w:r w:rsidRPr="00B04E99">
        <w:t>menciptakan</w:t>
      </w:r>
      <w:proofErr w:type="spellEnd"/>
      <w:r w:rsidRPr="00B04E99">
        <w:t xml:space="preserve"> </w:t>
      </w:r>
      <w:proofErr w:type="spellStart"/>
      <w:r w:rsidRPr="00B04E99">
        <w:t>lingkungan</w:t>
      </w:r>
      <w:proofErr w:type="spellEnd"/>
      <w:r w:rsidRPr="00B04E99">
        <w:t xml:space="preserve"> </w:t>
      </w:r>
      <w:proofErr w:type="spellStart"/>
      <w:r w:rsidRPr="00B04E99">
        <w:t>belajar</w:t>
      </w:r>
      <w:proofErr w:type="spellEnd"/>
      <w:r w:rsidRPr="00B04E99">
        <w:t xml:space="preserve"> yang </w:t>
      </w:r>
      <w:proofErr w:type="spellStart"/>
      <w:r w:rsidRPr="00B04E99">
        <w:t>lebih</w:t>
      </w:r>
      <w:proofErr w:type="spellEnd"/>
      <w:r w:rsidRPr="00B04E99">
        <w:t xml:space="preserve"> </w:t>
      </w:r>
      <w:proofErr w:type="spellStart"/>
      <w:r w:rsidRPr="00B04E99">
        <w:t>menyenangkan</w:t>
      </w:r>
      <w:proofErr w:type="spellEnd"/>
      <w:r w:rsidRPr="00B04E99">
        <w:t xml:space="preserve"> </w:t>
      </w:r>
      <w:proofErr w:type="spellStart"/>
      <w:r w:rsidRPr="00B04E99">
        <w:t>serta</w:t>
      </w:r>
      <w:proofErr w:type="spellEnd"/>
      <w:r w:rsidRPr="00B04E99">
        <w:t xml:space="preserve"> </w:t>
      </w:r>
      <w:proofErr w:type="spellStart"/>
      <w:r w:rsidRPr="00B04E99">
        <w:t>meningkatkan</w:t>
      </w:r>
      <w:proofErr w:type="spellEnd"/>
      <w:r w:rsidRPr="00B04E99">
        <w:t xml:space="preserve"> </w:t>
      </w:r>
      <w:proofErr w:type="spellStart"/>
      <w:r w:rsidRPr="00B04E99">
        <w:t>partisipasi</w:t>
      </w:r>
      <w:proofErr w:type="spellEnd"/>
      <w:r w:rsidRPr="00B04E99">
        <w:t xml:space="preserve"> </w:t>
      </w:r>
      <w:proofErr w:type="spellStart"/>
      <w:r w:rsidRPr="00B04E99">
        <w:t>aktif</w:t>
      </w:r>
      <w:proofErr w:type="spellEnd"/>
      <w:r w:rsidRPr="00B04E99">
        <w:t xml:space="preserve"> para </w:t>
      </w:r>
      <w:proofErr w:type="spellStart"/>
      <w:r w:rsidRPr="00B04E99">
        <w:t>siswa</w:t>
      </w:r>
      <w:proofErr w:type="spellEnd"/>
      <w:r w:rsidRPr="00B04E99">
        <w:t xml:space="preserve">. Hasil </w:t>
      </w:r>
      <w:proofErr w:type="spellStart"/>
      <w:r w:rsidRPr="00B04E99">
        <w:t>Observasi</w:t>
      </w:r>
      <w:proofErr w:type="spellEnd"/>
      <w:r w:rsidRPr="00B04E99">
        <w:t xml:space="preserve"> </w:t>
      </w:r>
      <w:proofErr w:type="spellStart"/>
      <w:r w:rsidRPr="00B04E99">
        <w:t>menunjukkan</w:t>
      </w:r>
      <w:proofErr w:type="spellEnd"/>
      <w:r w:rsidRPr="00B04E99">
        <w:t xml:space="preserve"> </w:t>
      </w:r>
      <w:proofErr w:type="spellStart"/>
      <w:r w:rsidRPr="00B04E99">
        <w:t>bahwa</w:t>
      </w:r>
      <w:proofErr w:type="spellEnd"/>
      <w:r w:rsidRPr="00B04E99">
        <w:t xml:space="preserve"> guru </w:t>
      </w:r>
      <w:proofErr w:type="spellStart"/>
      <w:r w:rsidRPr="00B04E99">
        <w:t>sengaja</w:t>
      </w:r>
      <w:proofErr w:type="spellEnd"/>
      <w:r w:rsidRPr="00B04E99">
        <w:t xml:space="preserve"> </w:t>
      </w:r>
      <w:proofErr w:type="spellStart"/>
      <w:r w:rsidRPr="00B04E99">
        <w:t>menciptakan</w:t>
      </w:r>
      <w:proofErr w:type="spellEnd"/>
      <w:r w:rsidRPr="00B04E99">
        <w:t xml:space="preserve"> area </w:t>
      </w:r>
      <w:proofErr w:type="spellStart"/>
      <w:r w:rsidRPr="00B04E99">
        <w:t>kosong</w:t>
      </w:r>
      <w:proofErr w:type="spellEnd"/>
      <w:r w:rsidRPr="00B04E99">
        <w:t xml:space="preserve"> di </w:t>
      </w:r>
      <w:proofErr w:type="spellStart"/>
      <w:r w:rsidRPr="00B04E99">
        <w:t>depan</w:t>
      </w:r>
      <w:proofErr w:type="spellEnd"/>
      <w:r w:rsidRPr="00B04E99">
        <w:t xml:space="preserve"> </w:t>
      </w:r>
      <w:proofErr w:type="spellStart"/>
      <w:r w:rsidRPr="00B04E99">
        <w:t>kelas</w:t>
      </w:r>
      <w:proofErr w:type="spellEnd"/>
      <w:r w:rsidRPr="00B04E99">
        <w:t xml:space="preserve"> </w:t>
      </w:r>
      <w:proofErr w:type="spellStart"/>
      <w:r w:rsidRPr="00B04E99">
        <w:t>untuk</w:t>
      </w:r>
      <w:proofErr w:type="spellEnd"/>
      <w:r w:rsidRPr="00B04E99">
        <w:t xml:space="preserve"> </w:t>
      </w:r>
      <w:proofErr w:type="spellStart"/>
      <w:r w:rsidRPr="00B04E99">
        <w:t>memudahkan</w:t>
      </w:r>
      <w:proofErr w:type="spellEnd"/>
      <w:r w:rsidRPr="00B04E99">
        <w:t xml:space="preserve"> </w:t>
      </w:r>
      <w:proofErr w:type="spellStart"/>
      <w:r w:rsidRPr="00B04E99">
        <w:t>mobilitas</w:t>
      </w:r>
      <w:proofErr w:type="spellEnd"/>
      <w:r w:rsidRPr="00B04E99">
        <w:t xml:space="preserve">, </w:t>
      </w:r>
      <w:proofErr w:type="spellStart"/>
      <w:r w:rsidRPr="00B04E99">
        <w:t>interaksi</w:t>
      </w:r>
      <w:proofErr w:type="spellEnd"/>
      <w:r w:rsidRPr="00B04E99">
        <w:t xml:space="preserve">, dan </w:t>
      </w:r>
      <w:proofErr w:type="spellStart"/>
      <w:r w:rsidRPr="00B04E99">
        <w:t>partisipasi</w:t>
      </w:r>
      <w:proofErr w:type="spellEnd"/>
      <w:r w:rsidRPr="00B04E99">
        <w:t xml:space="preserve"> </w:t>
      </w:r>
      <w:proofErr w:type="spellStart"/>
      <w:r w:rsidRPr="00B04E99">
        <w:t>siswa</w:t>
      </w:r>
      <w:proofErr w:type="spellEnd"/>
      <w:r w:rsidRPr="00B04E99">
        <w:t xml:space="preserve"> </w:t>
      </w:r>
      <w:proofErr w:type="spellStart"/>
      <w:r w:rsidRPr="00B04E99">
        <w:t>dalam</w:t>
      </w:r>
      <w:proofErr w:type="spellEnd"/>
      <w:r w:rsidRPr="00B04E99">
        <w:t xml:space="preserve"> </w:t>
      </w:r>
      <w:proofErr w:type="spellStart"/>
      <w:r w:rsidRPr="00B04E99">
        <w:t>kegiatan</w:t>
      </w:r>
      <w:proofErr w:type="spellEnd"/>
      <w:r w:rsidRPr="00B04E99">
        <w:t xml:space="preserve"> </w:t>
      </w:r>
      <w:proofErr w:type="spellStart"/>
      <w:r w:rsidRPr="00B04E99">
        <w:t>pembelajaran</w:t>
      </w:r>
      <w:proofErr w:type="spellEnd"/>
      <w:r w:rsidRPr="00B04E99">
        <w:t xml:space="preserve"> yang </w:t>
      </w:r>
      <w:proofErr w:type="spellStart"/>
      <w:r w:rsidRPr="00B04E99">
        <w:t>relevan</w:t>
      </w:r>
      <w:proofErr w:type="spellEnd"/>
      <w:r w:rsidRPr="00B04E99">
        <w:t>.</w:t>
      </w:r>
    </w:p>
    <w:p w14:paraId="7B5A6EE3" w14:textId="77777777" w:rsidR="001137CC" w:rsidRDefault="001137CC" w:rsidP="001137CC">
      <w:pPr>
        <w:ind w:firstLine="720"/>
        <w:jc w:val="both"/>
      </w:pPr>
      <w:r w:rsidRPr="00B04E99">
        <w:t xml:space="preserve">Pada </w:t>
      </w:r>
      <w:proofErr w:type="spellStart"/>
      <w:r w:rsidRPr="00B04E99">
        <w:t>kelas</w:t>
      </w:r>
      <w:proofErr w:type="spellEnd"/>
      <w:r w:rsidRPr="00B04E99">
        <w:t xml:space="preserve"> </w:t>
      </w:r>
      <w:proofErr w:type="spellStart"/>
      <w:r w:rsidRPr="00B04E99">
        <w:t>tinggi</w:t>
      </w:r>
      <w:proofErr w:type="spellEnd"/>
      <w:r w:rsidRPr="00B04E99">
        <w:t xml:space="preserve">, model </w:t>
      </w:r>
      <w:proofErr w:type="spellStart"/>
      <w:r w:rsidRPr="00B04E99">
        <w:t>desain</w:t>
      </w:r>
      <w:proofErr w:type="spellEnd"/>
      <w:r w:rsidRPr="00B04E99">
        <w:t xml:space="preserve"> </w:t>
      </w:r>
      <w:proofErr w:type="spellStart"/>
      <w:r w:rsidRPr="00B04E99">
        <w:t>ruang</w:t>
      </w:r>
      <w:proofErr w:type="spellEnd"/>
      <w:r w:rsidRPr="00B04E99">
        <w:t xml:space="preserve"> </w:t>
      </w:r>
      <w:proofErr w:type="spellStart"/>
      <w:r w:rsidRPr="00B04E99">
        <w:t>kelas</w:t>
      </w:r>
      <w:proofErr w:type="spellEnd"/>
      <w:r w:rsidRPr="00B04E99">
        <w:t xml:space="preserve"> </w:t>
      </w:r>
      <w:proofErr w:type="spellStart"/>
      <w:r w:rsidRPr="00B04E99">
        <w:t>cenderung</w:t>
      </w:r>
      <w:proofErr w:type="spellEnd"/>
      <w:r w:rsidRPr="00B04E99">
        <w:t xml:space="preserve"> </w:t>
      </w:r>
      <w:proofErr w:type="spellStart"/>
      <w:r w:rsidRPr="00B04E99">
        <w:t>diarahkan</w:t>
      </w:r>
      <w:proofErr w:type="spellEnd"/>
      <w:r w:rsidRPr="00B04E99">
        <w:t xml:space="preserve"> pada </w:t>
      </w:r>
      <w:proofErr w:type="spellStart"/>
      <w:r w:rsidRPr="00B04E99">
        <w:t>pembelajaran</w:t>
      </w:r>
      <w:proofErr w:type="spellEnd"/>
      <w:r w:rsidRPr="00B04E99">
        <w:t xml:space="preserve"> </w:t>
      </w:r>
      <w:proofErr w:type="spellStart"/>
      <w:r w:rsidRPr="00B04E99">
        <w:t>kolaboratif</w:t>
      </w:r>
      <w:proofErr w:type="spellEnd"/>
      <w:r w:rsidRPr="00B04E99">
        <w:t xml:space="preserve"> dan </w:t>
      </w:r>
      <w:proofErr w:type="spellStart"/>
      <w:r w:rsidRPr="00B04E99">
        <w:t>diskusi</w:t>
      </w:r>
      <w:proofErr w:type="spellEnd"/>
      <w:r w:rsidRPr="00B04E99">
        <w:t xml:space="preserve">. Model </w:t>
      </w:r>
      <w:r w:rsidRPr="00B04E99">
        <w:rPr>
          <w:i/>
          <w:iCs/>
        </w:rPr>
        <w:t>U-shape</w:t>
      </w:r>
      <w:r w:rsidRPr="00B04E99">
        <w:t xml:space="preserve"> dan </w:t>
      </w:r>
      <w:r w:rsidRPr="00B04E99">
        <w:rPr>
          <w:i/>
          <w:iCs/>
        </w:rPr>
        <w:t>cluster</w:t>
      </w:r>
      <w:r w:rsidRPr="00B04E99">
        <w:t xml:space="preserve"> </w:t>
      </w:r>
      <w:proofErr w:type="spellStart"/>
      <w:r w:rsidRPr="00B04E99">
        <w:t>digunakan</w:t>
      </w:r>
      <w:proofErr w:type="spellEnd"/>
      <w:r w:rsidRPr="00B04E99">
        <w:t xml:space="preserve"> </w:t>
      </w:r>
      <w:proofErr w:type="spellStart"/>
      <w:r w:rsidRPr="00B04E99">
        <w:t>untuk</w:t>
      </w:r>
      <w:proofErr w:type="spellEnd"/>
      <w:r w:rsidRPr="00B04E99">
        <w:t xml:space="preserve"> </w:t>
      </w:r>
      <w:proofErr w:type="spellStart"/>
      <w:r w:rsidRPr="00B04E99">
        <w:t>mendukung</w:t>
      </w:r>
      <w:proofErr w:type="spellEnd"/>
      <w:r w:rsidRPr="00B04E99">
        <w:t xml:space="preserve"> </w:t>
      </w:r>
      <w:proofErr w:type="spellStart"/>
      <w:r w:rsidRPr="00B04E99">
        <w:t>kegiatan</w:t>
      </w:r>
      <w:proofErr w:type="spellEnd"/>
      <w:r w:rsidRPr="00B04E99">
        <w:t xml:space="preserve"> </w:t>
      </w:r>
      <w:proofErr w:type="spellStart"/>
      <w:r w:rsidRPr="00B04E99">
        <w:t>diskusi</w:t>
      </w:r>
      <w:proofErr w:type="spellEnd"/>
      <w:r w:rsidRPr="00B04E99">
        <w:t xml:space="preserve"> </w:t>
      </w:r>
      <w:proofErr w:type="spellStart"/>
      <w:r w:rsidRPr="00B04E99">
        <w:t>kelompok</w:t>
      </w:r>
      <w:proofErr w:type="spellEnd"/>
      <w:r w:rsidRPr="00B04E99">
        <w:t xml:space="preserve">, </w:t>
      </w:r>
      <w:proofErr w:type="spellStart"/>
      <w:r w:rsidRPr="00B04E99">
        <w:t>eksperimen</w:t>
      </w:r>
      <w:proofErr w:type="spellEnd"/>
      <w:r w:rsidRPr="00B04E99">
        <w:t xml:space="preserve">, </w:t>
      </w:r>
      <w:proofErr w:type="spellStart"/>
      <w:r w:rsidRPr="00B04E99">
        <w:t>serta</w:t>
      </w:r>
      <w:proofErr w:type="spellEnd"/>
      <w:r w:rsidRPr="00B04E99">
        <w:t xml:space="preserve"> </w:t>
      </w:r>
      <w:proofErr w:type="spellStart"/>
      <w:r w:rsidRPr="00B04E99">
        <w:t>kerja</w:t>
      </w:r>
      <w:proofErr w:type="spellEnd"/>
      <w:r w:rsidRPr="00B04E99">
        <w:t xml:space="preserve"> </w:t>
      </w:r>
      <w:proofErr w:type="spellStart"/>
      <w:r w:rsidRPr="00B04E99">
        <w:t>sama</w:t>
      </w:r>
      <w:proofErr w:type="spellEnd"/>
      <w:r w:rsidRPr="00B04E99">
        <w:t xml:space="preserve"> </w:t>
      </w:r>
      <w:proofErr w:type="spellStart"/>
      <w:r w:rsidRPr="00B04E99">
        <w:t>antarsiswa</w:t>
      </w:r>
      <w:proofErr w:type="spellEnd"/>
      <w:r w:rsidRPr="00B04E99">
        <w:t xml:space="preserve">. </w:t>
      </w:r>
      <w:proofErr w:type="spellStart"/>
      <w:r w:rsidRPr="00B04E99">
        <w:t>Penataan</w:t>
      </w:r>
      <w:proofErr w:type="spellEnd"/>
      <w:r w:rsidRPr="00B04E99">
        <w:t xml:space="preserve"> </w:t>
      </w:r>
      <w:proofErr w:type="spellStart"/>
      <w:r w:rsidRPr="00B04E99">
        <w:t>ini</w:t>
      </w:r>
      <w:proofErr w:type="spellEnd"/>
      <w:r w:rsidRPr="00B04E99">
        <w:t xml:space="preserve"> </w:t>
      </w:r>
      <w:proofErr w:type="spellStart"/>
      <w:r w:rsidRPr="00B04E99">
        <w:t>memungkinkan</w:t>
      </w:r>
      <w:proofErr w:type="spellEnd"/>
      <w:r w:rsidRPr="00B04E99">
        <w:t xml:space="preserve"> </w:t>
      </w:r>
      <w:proofErr w:type="spellStart"/>
      <w:r w:rsidRPr="00B04E99">
        <w:t>siswa</w:t>
      </w:r>
      <w:proofErr w:type="spellEnd"/>
      <w:r w:rsidRPr="00B04E99">
        <w:t xml:space="preserve"> </w:t>
      </w:r>
      <w:proofErr w:type="spellStart"/>
      <w:r w:rsidRPr="00B04E99">
        <w:t>untuk</w:t>
      </w:r>
      <w:proofErr w:type="spellEnd"/>
      <w:r w:rsidRPr="00B04E99">
        <w:t xml:space="preserve"> </w:t>
      </w:r>
      <w:proofErr w:type="spellStart"/>
      <w:r w:rsidRPr="00B04E99">
        <w:t>saling</w:t>
      </w:r>
      <w:proofErr w:type="spellEnd"/>
      <w:r w:rsidRPr="00B04E99">
        <w:t xml:space="preserve"> </w:t>
      </w:r>
      <w:proofErr w:type="spellStart"/>
      <w:r w:rsidRPr="00B04E99">
        <w:t>berhadapan</w:t>
      </w:r>
      <w:proofErr w:type="spellEnd"/>
      <w:r w:rsidRPr="00B04E99">
        <w:t xml:space="preserve">, </w:t>
      </w:r>
      <w:proofErr w:type="spellStart"/>
      <w:r w:rsidRPr="00B04E99">
        <w:t>bertukar</w:t>
      </w:r>
      <w:proofErr w:type="spellEnd"/>
      <w:r w:rsidRPr="00B04E99">
        <w:t xml:space="preserve"> </w:t>
      </w:r>
      <w:proofErr w:type="spellStart"/>
      <w:r w:rsidRPr="00B04E99">
        <w:t>pendapat</w:t>
      </w:r>
      <w:proofErr w:type="spellEnd"/>
      <w:r w:rsidRPr="00B04E99">
        <w:t xml:space="preserve">, dan </w:t>
      </w:r>
      <w:proofErr w:type="spellStart"/>
      <w:r w:rsidRPr="00B04E99">
        <w:t>terlibat</w:t>
      </w:r>
      <w:proofErr w:type="spellEnd"/>
      <w:r w:rsidRPr="00B04E99">
        <w:t xml:space="preserve"> </w:t>
      </w:r>
      <w:proofErr w:type="spellStart"/>
      <w:r w:rsidRPr="00B04E99">
        <w:t>secara</w:t>
      </w:r>
      <w:proofErr w:type="spellEnd"/>
      <w:r w:rsidRPr="00B04E99">
        <w:t xml:space="preserve"> </w:t>
      </w:r>
      <w:proofErr w:type="spellStart"/>
      <w:r w:rsidRPr="00B04E99">
        <w:t>aktif</w:t>
      </w:r>
      <w:proofErr w:type="spellEnd"/>
      <w:r w:rsidRPr="00B04E99">
        <w:t xml:space="preserve"> </w:t>
      </w:r>
      <w:proofErr w:type="spellStart"/>
      <w:r w:rsidRPr="00B04E99">
        <w:t>dalam</w:t>
      </w:r>
      <w:proofErr w:type="spellEnd"/>
      <w:r w:rsidRPr="00B04E99">
        <w:t xml:space="preserve"> proses </w:t>
      </w:r>
      <w:proofErr w:type="spellStart"/>
      <w:r w:rsidRPr="00B04E99">
        <w:t>pembelajaran</w:t>
      </w:r>
      <w:proofErr w:type="spellEnd"/>
      <w:r w:rsidRPr="00B04E99">
        <w:t xml:space="preserve">, yang </w:t>
      </w:r>
      <w:proofErr w:type="spellStart"/>
      <w:r w:rsidRPr="00B04E99">
        <w:t>merupakan</w:t>
      </w:r>
      <w:proofErr w:type="spellEnd"/>
      <w:r w:rsidRPr="00B04E99">
        <w:t xml:space="preserve"> </w:t>
      </w:r>
      <w:proofErr w:type="spellStart"/>
      <w:r w:rsidRPr="00B04E99">
        <w:t>karakteristik</w:t>
      </w:r>
      <w:proofErr w:type="spellEnd"/>
      <w:r w:rsidRPr="00B04E99">
        <w:t xml:space="preserve"> </w:t>
      </w:r>
      <w:proofErr w:type="spellStart"/>
      <w:r w:rsidRPr="00B04E99">
        <w:t>utama</w:t>
      </w:r>
      <w:proofErr w:type="spellEnd"/>
      <w:r w:rsidRPr="00B04E99">
        <w:t xml:space="preserve"> </w:t>
      </w:r>
      <w:r w:rsidRPr="00B04E99">
        <w:rPr>
          <w:i/>
          <w:iCs/>
        </w:rPr>
        <w:t>deep learning</w:t>
      </w:r>
      <w:r w:rsidRPr="00B04E99">
        <w:t>.</w:t>
      </w:r>
    </w:p>
    <w:p w14:paraId="575CF559" w14:textId="77777777" w:rsidR="001137CC" w:rsidRPr="00B04E99" w:rsidRDefault="001137CC" w:rsidP="001137CC">
      <w:pPr>
        <w:ind w:firstLine="720"/>
        <w:jc w:val="both"/>
        <w:rPr>
          <w:i/>
          <w:iCs/>
        </w:rPr>
      </w:pPr>
      <w:r w:rsidRPr="00B04E99">
        <w:t xml:space="preserve">Selain </w:t>
      </w:r>
      <w:proofErr w:type="spellStart"/>
      <w:r w:rsidRPr="00B04E99">
        <w:t>penataan</w:t>
      </w:r>
      <w:proofErr w:type="spellEnd"/>
      <w:r w:rsidRPr="00B04E99">
        <w:t xml:space="preserve"> </w:t>
      </w:r>
      <w:proofErr w:type="spellStart"/>
      <w:r w:rsidRPr="00B04E99">
        <w:t>fisik</w:t>
      </w:r>
      <w:proofErr w:type="spellEnd"/>
      <w:r w:rsidRPr="00B04E99">
        <w:t xml:space="preserve"> </w:t>
      </w:r>
      <w:proofErr w:type="spellStart"/>
      <w:r w:rsidRPr="00B04E99">
        <w:t>ruang</w:t>
      </w:r>
      <w:proofErr w:type="spellEnd"/>
      <w:r w:rsidRPr="00B04E99">
        <w:t xml:space="preserve"> </w:t>
      </w:r>
      <w:proofErr w:type="spellStart"/>
      <w:r w:rsidRPr="00B04E99">
        <w:t>kelas</w:t>
      </w:r>
      <w:proofErr w:type="spellEnd"/>
      <w:r w:rsidRPr="00B04E99">
        <w:t xml:space="preserve">, </w:t>
      </w:r>
      <w:proofErr w:type="spellStart"/>
      <w:r w:rsidRPr="00B04E99">
        <w:t>desain</w:t>
      </w:r>
      <w:proofErr w:type="spellEnd"/>
      <w:r w:rsidRPr="00B04E99">
        <w:t xml:space="preserve"> </w:t>
      </w:r>
      <w:proofErr w:type="spellStart"/>
      <w:r w:rsidRPr="00B04E99">
        <w:t>ruang</w:t>
      </w:r>
      <w:proofErr w:type="spellEnd"/>
      <w:r w:rsidRPr="00B04E99">
        <w:t xml:space="preserve"> </w:t>
      </w:r>
      <w:proofErr w:type="spellStart"/>
      <w:r w:rsidRPr="00B04E99">
        <w:t>kelas</w:t>
      </w:r>
      <w:proofErr w:type="spellEnd"/>
      <w:r w:rsidRPr="00B04E99">
        <w:t xml:space="preserve"> di SDN 16 Banda Aceh juga </w:t>
      </w:r>
      <w:proofErr w:type="spellStart"/>
      <w:r w:rsidRPr="00B04E99">
        <w:t>didukung</w:t>
      </w:r>
      <w:proofErr w:type="spellEnd"/>
      <w:r w:rsidRPr="00B04E99">
        <w:t xml:space="preserve"> oleh </w:t>
      </w:r>
      <w:proofErr w:type="spellStart"/>
      <w:r w:rsidRPr="00B04E99">
        <w:t>pemanfaatan</w:t>
      </w:r>
      <w:proofErr w:type="spellEnd"/>
      <w:r w:rsidRPr="00B04E99">
        <w:t xml:space="preserve"> </w:t>
      </w:r>
      <w:proofErr w:type="spellStart"/>
      <w:r w:rsidRPr="00B04E99">
        <w:t>sarana</w:t>
      </w:r>
      <w:proofErr w:type="spellEnd"/>
      <w:r w:rsidRPr="00B04E99">
        <w:t xml:space="preserve"> </w:t>
      </w:r>
      <w:proofErr w:type="spellStart"/>
      <w:r w:rsidRPr="00B04E99">
        <w:t>teknologi</w:t>
      </w:r>
      <w:proofErr w:type="spellEnd"/>
      <w:r w:rsidRPr="00B04E99">
        <w:t xml:space="preserve"> </w:t>
      </w:r>
      <w:proofErr w:type="spellStart"/>
      <w:r w:rsidRPr="00B04E99">
        <w:t>pembelajaran</w:t>
      </w:r>
      <w:proofErr w:type="spellEnd"/>
      <w:r w:rsidRPr="00B04E99">
        <w:t xml:space="preserve">, </w:t>
      </w:r>
      <w:proofErr w:type="spellStart"/>
      <w:r w:rsidRPr="00B04E99">
        <w:t>seperti</w:t>
      </w:r>
      <w:proofErr w:type="spellEnd"/>
      <w:r w:rsidRPr="00B04E99">
        <w:t xml:space="preserve"> </w:t>
      </w:r>
      <w:proofErr w:type="spellStart"/>
      <w:r w:rsidRPr="00B04E99">
        <w:t>infokus</w:t>
      </w:r>
      <w:proofErr w:type="spellEnd"/>
      <w:r w:rsidRPr="00B04E99">
        <w:t xml:space="preserve"> dan </w:t>
      </w:r>
      <w:r w:rsidRPr="00B04E99">
        <w:rPr>
          <w:i/>
          <w:iCs/>
        </w:rPr>
        <w:t>Interactive Flat Panel</w:t>
      </w:r>
      <w:r w:rsidRPr="00B04E99">
        <w:t xml:space="preserve"> (IFP). </w:t>
      </w:r>
      <w:proofErr w:type="spellStart"/>
      <w:r w:rsidRPr="00B04E99">
        <w:t>Penggunaan</w:t>
      </w:r>
      <w:proofErr w:type="spellEnd"/>
      <w:r w:rsidRPr="00B04E99">
        <w:t xml:space="preserve"> media </w:t>
      </w:r>
      <w:proofErr w:type="spellStart"/>
      <w:r w:rsidRPr="00B04E99">
        <w:t>ini</w:t>
      </w:r>
      <w:proofErr w:type="spellEnd"/>
      <w:r w:rsidRPr="00B04E99">
        <w:t xml:space="preserve"> </w:t>
      </w:r>
      <w:proofErr w:type="spellStart"/>
      <w:r w:rsidRPr="00B04E99">
        <w:t>membantu</w:t>
      </w:r>
      <w:proofErr w:type="spellEnd"/>
      <w:r w:rsidRPr="00B04E99">
        <w:t xml:space="preserve"> guru </w:t>
      </w:r>
      <w:proofErr w:type="spellStart"/>
      <w:r w:rsidRPr="00B04E99">
        <w:t>dalam</w:t>
      </w:r>
      <w:proofErr w:type="spellEnd"/>
      <w:r w:rsidRPr="00B04E99">
        <w:t xml:space="preserve"> </w:t>
      </w:r>
      <w:proofErr w:type="spellStart"/>
      <w:r w:rsidRPr="00B04E99">
        <w:t>menyajikan</w:t>
      </w:r>
      <w:proofErr w:type="spellEnd"/>
      <w:r w:rsidRPr="00B04E99">
        <w:t xml:space="preserve"> </w:t>
      </w:r>
      <w:proofErr w:type="spellStart"/>
      <w:r w:rsidRPr="00B04E99">
        <w:t>materi</w:t>
      </w:r>
      <w:proofErr w:type="spellEnd"/>
      <w:r w:rsidRPr="00B04E99">
        <w:t xml:space="preserve"> </w:t>
      </w:r>
      <w:proofErr w:type="spellStart"/>
      <w:r w:rsidRPr="00B04E99">
        <w:t>secara</w:t>
      </w:r>
      <w:proofErr w:type="spellEnd"/>
      <w:r w:rsidRPr="00B04E99">
        <w:t xml:space="preserve"> visual dan </w:t>
      </w:r>
      <w:proofErr w:type="spellStart"/>
      <w:r w:rsidRPr="00B04E99">
        <w:t>interaktif</w:t>
      </w:r>
      <w:proofErr w:type="spellEnd"/>
      <w:r w:rsidRPr="00B04E99">
        <w:t xml:space="preserve">, </w:t>
      </w:r>
      <w:proofErr w:type="spellStart"/>
      <w:r w:rsidRPr="00B04E99">
        <w:t>sehingga</w:t>
      </w:r>
      <w:proofErr w:type="spellEnd"/>
      <w:r w:rsidRPr="00B04E99">
        <w:t xml:space="preserve"> </w:t>
      </w:r>
      <w:proofErr w:type="spellStart"/>
      <w:r w:rsidRPr="00B04E99">
        <w:t>pembelajaran</w:t>
      </w:r>
      <w:proofErr w:type="spellEnd"/>
      <w:r w:rsidRPr="00B04E99">
        <w:t xml:space="preserve"> </w:t>
      </w:r>
      <w:proofErr w:type="spellStart"/>
      <w:r w:rsidRPr="00B04E99">
        <w:t>menjadi</w:t>
      </w:r>
      <w:proofErr w:type="spellEnd"/>
      <w:r w:rsidRPr="00B04E99">
        <w:t xml:space="preserve"> </w:t>
      </w:r>
      <w:proofErr w:type="spellStart"/>
      <w:r w:rsidRPr="00B04E99">
        <w:t>lebih</w:t>
      </w:r>
      <w:proofErr w:type="spellEnd"/>
      <w:r w:rsidRPr="00B04E99">
        <w:t xml:space="preserve"> </w:t>
      </w:r>
      <w:proofErr w:type="spellStart"/>
      <w:r w:rsidRPr="00B04E99">
        <w:t>bermakna</w:t>
      </w:r>
      <w:proofErr w:type="spellEnd"/>
      <w:r w:rsidRPr="00B04E99">
        <w:t xml:space="preserve">. </w:t>
      </w:r>
      <w:proofErr w:type="spellStart"/>
      <w:r w:rsidRPr="00B04E99">
        <w:t>Meskipun</w:t>
      </w:r>
      <w:proofErr w:type="spellEnd"/>
      <w:r w:rsidRPr="00B04E99">
        <w:t xml:space="preserve"> </w:t>
      </w:r>
      <w:proofErr w:type="spellStart"/>
      <w:r w:rsidRPr="00B04E99">
        <w:t>jumlah</w:t>
      </w:r>
      <w:proofErr w:type="spellEnd"/>
      <w:r w:rsidRPr="00B04E99">
        <w:t xml:space="preserve"> </w:t>
      </w:r>
      <w:proofErr w:type="spellStart"/>
      <w:r w:rsidRPr="00B04E99">
        <w:t>perangkat</w:t>
      </w:r>
      <w:proofErr w:type="spellEnd"/>
      <w:r w:rsidRPr="00B04E99">
        <w:t xml:space="preserve"> </w:t>
      </w:r>
      <w:proofErr w:type="spellStart"/>
      <w:r w:rsidRPr="00B04E99">
        <w:t>masih</w:t>
      </w:r>
      <w:proofErr w:type="spellEnd"/>
      <w:r w:rsidRPr="00B04E99">
        <w:t xml:space="preserve"> </w:t>
      </w:r>
      <w:proofErr w:type="spellStart"/>
      <w:r w:rsidRPr="00B04E99">
        <w:t>terbatas</w:t>
      </w:r>
      <w:proofErr w:type="spellEnd"/>
      <w:r w:rsidRPr="00B04E99">
        <w:t xml:space="preserve"> dan </w:t>
      </w:r>
      <w:proofErr w:type="spellStart"/>
      <w:r w:rsidRPr="00B04E99">
        <w:t>digunakan</w:t>
      </w:r>
      <w:proofErr w:type="spellEnd"/>
      <w:r w:rsidRPr="00B04E99">
        <w:t xml:space="preserve"> </w:t>
      </w:r>
      <w:proofErr w:type="spellStart"/>
      <w:r w:rsidRPr="00B04E99">
        <w:t>secara</w:t>
      </w:r>
      <w:proofErr w:type="spellEnd"/>
      <w:r w:rsidRPr="00B04E99">
        <w:t xml:space="preserve"> </w:t>
      </w:r>
      <w:proofErr w:type="spellStart"/>
      <w:r w:rsidRPr="00B04E99">
        <w:t>bergantian</w:t>
      </w:r>
      <w:proofErr w:type="spellEnd"/>
      <w:r w:rsidRPr="00B04E99">
        <w:t xml:space="preserve">, </w:t>
      </w:r>
      <w:proofErr w:type="spellStart"/>
      <w:r w:rsidRPr="00B04E99">
        <w:t>pemanfaatan</w:t>
      </w:r>
      <w:proofErr w:type="spellEnd"/>
      <w:r w:rsidRPr="00B04E99">
        <w:t xml:space="preserve"> </w:t>
      </w:r>
      <w:proofErr w:type="spellStart"/>
      <w:r w:rsidRPr="00B04E99">
        <w:t>teknologi</w:t>
      </w:r>
      <w:proofErr w:type="spellEnd"/>
      <w:r w:rsidRPr="00B04E99">
        <w:t xml:space="preserve"> </w:t>
      </w:r>
      <w:proofErr w:type="spellStart"/>
      <w:r w:rsidRPr="00B04E99">
        <w:t>tetap</w:t>
      </w:r>
      <w:proofErr w:type="spellEnd"/>
      <w:r w:rsidRPr="00B04E99">
        <w:t xml:space="preserve"> </w:t>
      </w:r>
      <w:proofErr w:type="spellStart"/>
      <w:r w:rsidRPr="00B04E99">
        <w:t>menjadi</w:t>
      </w:r>
      <w:proofErr w:type="spellEnd"/>
      <w:r w:rsidRPr="00B04E99">
        <w:t xml:space="preserve"> </w:t>
      </w:r>
      <w:proofErr w:type="spellStart"/>
      <w:r w:rsidRPr="00B04E99">
        <w:t>bagian</w:t>
      </w:r>
      <w:proofErr w:type="spellEnd"/>
      <w:r w:rsidRPr="00B04E99">
        <w:t xml:space="preserve"> </w:t>
      </w:r>
      <w:proofErr w:type="spellStart"/>
      <w:r w:rsidRPr="00B04E99">
        <w:t>penting</w:t>
      </w:r>
      <w:proofErr w:type="spellEnd"/>
      <w:r w:rsidRPr="00B04E99">
        <w:t xml:space="preserve"> </w:t>
      </w:r>
      <w:proofErr w:type="spellStart"/>
      <w:r w:rsidRPr="00B04E99">
        <w:t>dari</w:t>
      </w:r>
      <w:proofErr w:type="spellEnd"/>
      <w:r w:rsidRPr="00B04E99">
        <w:t xml:space="preserve"> </w:t>
      </w:r>
      <w:proofErr w:type="spellStart"/>
      <w:r w:rsidRPr="00B04E99">
        <w:t>desain</w:t>
      </w:r>
      <w:proofErr w:type="spellEnd"/>
      <w:r w:rsidRPr="00B04E99">
        <w:t xml:space="preserve"> </w:t>
      </w:r>
      <w:proofErr w:type="spellStart"/>
      <w:r w:rsidRPr="00B04E99">
        <w:t>ruang</w:t>
      </w:r>
      <w:proofErr w:type="spellEnd"/>
      <w:r w:rsidRPr="00B04E99">
        <w:t xml:space="preserve"> </w:t>
      </w:r>
      <w:proofErr w:type="spellStart"/>
      <w:r w:rsidRPr="00B04E99">
        <w:t>kelas</w:t>
      </w:r>
      <w:proofErr w:type="spellEnd"/>
      <w:r w:rsidRPr="00B04E99">
        <w:t xml:space="preserve"> </w:t>
      </w:r>
      <w:proofErr w:type="spellStart"/>
      <w:r w:rsidRPr="00B04E99">
        <w:t>dalam</w:t>
      </w:r>
      <w:proofErr w:type="spellEnd"/>
      <w:r w:rsidRPr="00B04E99">
        <w:t xml:space="preserve"> </w:t>
      </w:r>
      <w:proofErr w:type="spellStart"/>
      <w:r w:rsidRPr="00B04E99">
        <w:t>mendukung</w:t>
      </w:r>
      <w:proofErr w:type="spellEnd"/>
      <w:r w:rsidRPr="00B04E99">
        <w:t xml:space="preserve"> </w:t>
      </w:r>
      <w:proofErr w:type="spellStart"/>
      <w:r w:rsidRPr="00B04E99">
        <w:t>pelaksanaan</w:t>
      </w:r>
      <w:proofErr w:type="spellEnd"/>
      <w:r w:rsidRPr="00B04E99">
        <w:t xml:space="preserve"> </w:t>
      </w:r>
      <w:r w:rsidRPr="00B04E99">
        <w:rPr>
          <w:i/>
          <w:iCs/>
        </w:rPr>
        <w:t>deep learning.</w:t>
      </w:r>
    </w:p>
    <w:p w14:paraId="243D2CFA" w14:textId="77777777" w:rsidR="001137CC" w:rsidRDefault="001137CC" w:rsidP="001137CC">
      <w:pPr>
        <w:ind w:firstLine="720"/>
        <w:jc w:val="both"/>
      </w:pPr>
      <w:proofErr w:type="spellStart"/>
      <w:r w:rsidRPr="00B04E99">
        <w:t>Dengan</w:t>
      </w:r>
      <w:proofErr w:type="spellEnd"/>
      <w:r w:rsidRPr="00B04E99">
        <w:t xml:space="preserve"> </w:t>
      </w:r>
      <w:proofErr w:type="spellStart"/>
      <w:r w:rsidRPr="00B04E99">
        <w:t>demikian</w:t>
      </w:r>
      <w:proofErr w:type="spellEnd"/>
      <w:r w:rsidRPr="00B04E99">
        <w:t xml:space="preserve">, model </w:t>
      </w:r>
      <w:proofErr w:type="spellStart"/>
      <w:r w:rsidRPr="00B04E99">
        <w:t>desain</w:t>
      </w:r>
      <w:proofErr w:type="spellEnd"/>
      <w:r w:rsidRPr="00B04E99">
        <w:t xml:space="preserve"> </w:t>
      </w:r>
      <w:proofErr w:type="spellStart"/>
      <w:r w:rsidRPr="00B04E99">
        <w:t>ruang</w:t>
      </w:r>
      <w:proofErr w:type="spellEnd"/>
      <w:r w:rsidRPr="00B04E99">
        <w:t xml:space="preserve"> </w:t>
      </w:r>
      <w:proofErr w:type="spellStart"/>
      <w:r w:rsidRPr="00B04E99">
        <w:t>kelas</w:t>
      </w:r>
      <w:proofErr w:type="spellEnd"/>
      <w:r w:rsidRPr="00B04E99">
        <w:t xml:space="preserve"> </w:t>
      </w:r>
      <w:proofErr w:type="spellStart"/>
      <w:r w:rsidRPr="00B04E99">
        <w:t>dalam</w:t>
      </w:r>
      <w:proofErr w:type="spellEnd"/>
      <w:r w:rsidRPr="00B04E99">
        <w:t xml:space="preserve"> </w:t>
      </w:r>
      <w:proofErr w:type="spellStart"/>
      <w:r w:rsidRPr="00B04E99">
        <w:t>pelaksanaan</w:t>
      </w:r>
      <w:proofErr w:type="spellEnd"/>
      <w:r w:rsidRPr="00B04E99">
        <w:t xml:space="preserve"> deep learning di SDN 16 Banda Aceh </w:t>
      </w:r>
      <w:proofErr w:type="spellStart"/>
      <w:r w:rsidRPr="00B04E99">
        <w:t>ditandai</w:t>
      </w:r>
      <w:proofErr w:type="spellEnd"/>
      <w:r w:rsidRPr="00B04E99">
        <w:t xml:space="preserve"> oleh </w:t>
      </w:r>
      <w:proofErr w:type="spellStart"/>
      <w:r w:rsidRPr="00B04E99">
        <w:t>fleksibilitas</w:t>
      </w:r>
      <w:proofErr w:type="spellEnd"/>
      <w:r w:rsidRPr="00B04E99">
        <w:t xml:space="preserve"> </w:t>
      </w:r>
      <w:proofErr w:type="spellStart"/>
      <w:r w:rsidRPr="00B04E99">
        <w:t>penataan</w:t>
      </w:r>
      <w:proofErr w:type="spellEnd"/>
      <w:r w:rsidRPr="00B04E99">
        <w:t xml:space="preserve"> </w:t>
      </w:r>
      <w:proofErr w:type="spellStart"/>
      <w:r w:rsidRPr="00B04E99">
        <w:t>ruang</w:t>
      </w:r>
      <w:proofErr w:type="spellEnd"/>
      <w:r w:rsidRPr="00B04E99">
        <w:t xml:space="preserve">, </w:t>
      </w:r>
      <w:proofErr w:type="spellStart"/>
      <w:r w:rsidRPr="00B04E99">
        <w:t>variasi</w:t>
      </w:r>
      <w:proofErr w:type="spellEnd"/>
      <w:r w:rsidRPr="00B04E99">
        <w:t xml:space="preserve"> model </w:t>
      </w:r>
      <w:proofErr w:type="spellStart"/>
      <w:r w:rsidRPr="00B04E99">
        <w:t>tempat</w:t>
      </w:r>
      <w:proofErr w:type="spellEnd"/>
      <w:r w:rsidRPr="00B04E99">
        <w:t xml:space="preserve"> duduk, </w:t>
      </w:r>
      <w:proofErr w:type="spellStart"/>
      <w:r w:rsidRPr="00B04E99">
        <w:t>pemanfaatan</w:t>
      </w:r>
      <w:proofErr w:type="spellEnd"/>
      <w:r w:rsidRPr="00B04E99">
        <w:t xml:space="preserve"> </w:t>
      </w:r>
      <w:proofErr w:type="spellStart"/>
      <w:r w:rsidRPr="00B04E99">
        <w:t>teknologi</w:t>
      </w:r>
      <w:proofErr w:type="spellEnd"/>
      <w:r w:rsidRPr="00B04E99">
        <w:t xml:space="preserve"> </w:t>
      </w:r>
      <w:proofErr w:type="spellStart"/>
      <w:r w:rsidRPr="00B04E99">
        <w:t>pembelajaran</w:t>
      </w:r>
      <w:proofErr w:type="spellEnd"/>
      <w:r w:rsidRPr="00B04E99">
        <w:t xml:space="preserve">, </w:t>
      </w:r>
      <w:proofErr w:type="spellStart"/>
      <w:r w:rsidRPr="00B04E99">
        <w:t>serta</w:t>
      </w:r>
      <w:proofErr w:type="spellEnd"/>
      <w:r w:rsidRPr="00B04E99">
        <w:t xml:space="preserve"> </w:t>
      </w:r>
      <w:proofErr w:type="spellStart"/>
      <w:r w:rsidRPr="00B04E99">
        <w:t>penyesuaian</w:t>
      </w:r>
      <w:proofErr w:type="spellEnd"/>
      <w:r w:rsidRPr="00B04E99">
        <w:t xml:space="preserve"> </w:t>
      </w:r>
      <w:proofErr w:type="spellStart"/>
      <w:r w:rsidRPr="00B04E99">
        <w:t>dengan</w:t>
      </w:r>
      <w:proofErr w:type="spellEnd"/>
      <w:r w:rsidRPr="00B04E99">
        <w:t xml:space="preserve"> </w:t>
      </w:r>
      <w:proofErr w:type="spellStart"/>
      <w:r w:rsidRPr="00B04E99">
        <w:t>kebutuhan</w:t>
      </w:r>
      <w:proofErr w:type="spellEnd"/>
      <w:r w:rsidRPr="00B04E99">
        <w:t xml:space="preserve"> dan </w:t>
      </w:r>
      <w:proofErr w:type="spellStart"/>
      <w:r w:rsidRPr="00B04E99">
        <w:t>karakteristik</w:t>
      </w:r>
      <w:proofErr w:type="spellEnd"/>
      <w:r w:rsidRPr="00B04E99">
        <w:t xml:space="preserve"> </w:t>
      </w:r>
      <w:proofErr w:type="spellStart"/>
      <w:r w:rsidRPr="00B04E99">
        <w:t>peserta</w:t>
      </w:r>
      <w:proofErr w:type="spellEnd"/>
      <w:r w:rsidRPr="00B04E99">
        <w:t xml:space="preserve"> </w:t>
      </w:r>
      <w:proofErr w:type="spellStart"/>
      <w:r w:rsidRPr="00B04E99">
        <w:t>didik</w:t>
      </w:r>
      <w:proofErr w:type="spellEnd"/>
      <w:r w:rsidRPr="00B04E99">
        <w:t xml:space="preserve">. Desain </w:t>
      </w:r>
      <w:proofErr w:type="spellStart"/>
      <w:r w:rsidRPr="00B04E99">
        <w:t>ruang</w:t>
      </w:r>
      <w:proofErr w:type="spellEnd"/>
      <w:r w:rsidRPr="00B04E99">
        <w:t xml:space="preserve"> </w:t>
      </w:r>
      <w:proofErr w:type="spellStart"/>
      <w:r w:rsidRPr="00B04E99">
        <w:t>kelas</w:t>
      </w:r>
      <w:proofErr w:type="spellEnd"/>
      <w:r w:rsidRPr="00B04E99">
        <w:t xml:space="preserve"> </w:t>
      </w:r>
      <w:proofErr w:type="spellStart"/>
      <w:r w:rsidRPr="00B04E99">
        <w:t>tidak</w:t>
      </w:r>
      <w:proofErr w:type="spellEnd"/>
      <w:r w:rsidRPr="00B04E99">
        <w:t xml:space="preserve"> </w:t>
      </w:r>
      <w:proofErr w:type="spellStart"/>
      <w:r w:rsidRPr="00B04E99">
        <w:t>hanya</w:t>
      </w:r>
      <w:proofErr w:type="spellEnd"/>
      <w:r w:rsidRPr="00B04E99">
        <w:t xml:space="preserve"> </w:t>
      </w:r>
      <w:proofErr w:type="spellStart"/>
      <w:r w:rsidRPr="00B04E99">
        <w:t>berfungsi</w:t>
      </w:r>
      <w:proofErr w:type="spellEnd"/>
      <w:r w:rsidRPr="00B04E99">
        <w:t xml:space="preserve"> </w:t>
      </w:r>
      <w:proofErr w:type="spellStart"/>
      <w:r w:rsidRPr="00B04E99">
        <w:t>sebagai</w:t>
      </w:r>
      <w:proofErr w:type="spellEnd"/>
      <w:r w:rsidRPr="00B04E99">
        <w:t xml:space="preserve"> </w:t>
      </w:r>
      <w:proofErr w:type="spellStart"/>
      <w:r w:rsidRPr="00B04E99">
        <w:t>ruang</w:t>
      </w:r>
      <w:proofErr w:type="spellEnd"/>
      <w:r w:rsidRPr="00B04E99">
        <w:t xml:space="preserve"> </w:t>
      </w:r>
      <w:proofErr w:type="spellStart"/>
      <w:r w:rsidRPr="00B04E99">
        <w:t>fisik</w:t>
      </w:r>
      <w:proofErr w:type="spellEnd"/>
      <w:r w:rsidRPr="00B04E99">
        <w:t xml:space="preserve">, </w:t>
      </w:r>
      <w:proofErr w:type="spellStart"/>
      <w:r w:rsidRPr="00B04E99">
        <w:t>tetapi</w:t>
      </w:r>
      <w:proofErr w:type="spellEnd"/>
      <w:r w:rsidRPr="00B04E99">
        <w:t xml:space="preserve"> juga </w:t>
      </w:r>
      <w:proofErr w:type="spellStart"/>
      <w:r w:rsidRPr="00B04E99">
        <w:t>sebagai</w:t>
      </w:r>
      <w:proofErr w:type="spellEnd"/>
      <w:r w:rsidRPr="00B04E99">
        <w:t xml:space="preserve"> </w:t>
      </w:r>
      <w:proofErr w:type="spellStart"/>
      <w:r w:rsidRPr="00B04E99">
        <w:t>lingkungan</w:t>
      </w:r>
      <w:proofErr w:type="spellEnd"/>
      <w:r w:rsidRPr="00B04E99">
        <w:t xml:space="preserve"> </w:t>
      </w:r>
      <w:proofErr w:type="spellStart"/>
      <w:r w:rsidRPr="00B04E99">
        <w:t>belajar</w:t>
      </w:r>
      <w:proofErr w:type="spellEnd"/>
      <w:r w:rsidRPr="00B04E99">
        <w:t xml:space="preserve"> yang </w:t>
      </w:r>
      <w:proofErr w:type="spellStart"/>
      <w:r w:rsidRPr="00B04E99">
        <w:t>mendukung</w:t>
      </w:r>
      <w:proofErr w:type="spellEnd"/>
      <w:r w:rsidRPr="00B04E99">
        <w:t xml:space="preserve"> </w:t>
      </w:r>
      <w:proofErr w:type="spellStart"/>
      <w:r w:rsidRPr="00B04E99">
        <w:t>keterlibatan</w:t>
      </w:r>
      <w:proofErr w:type="spellEnd"/>
      <w:r w:rsidRPr="00B04E99">
        <w:t xml:space="preserve"> </w:t>
      </w:r>
      <w:proofErr w:type="spellStart"/>
      <w:r w:rsidRPr="00B04E99">
        <w:t>aktif</w:t>
      </w:r>
      <w:proofErr w:type="spellEnd"/>
      <w:r w:rsidRPr="00B04E99">
        <w:t xml:space="preserve">, </w:t>
      </w:r>
      <w:proofErr w:type="spellStart"/>
      <w:r w:rsidRPr="00B04E99">
        <w:t>kolaborasi</w:t>
      </w:r>
      <w:proofErr w:type="spellEnd"/>
      <w:r w:rsidRPr="00B04E99">
        <w:t xml:space="preserve">, dan </w:t>
      </w:r>
      <w:proofErr w:type="spellStart"/>
      <w:r w:rsidRPr="00B04E99">
        <w:t>pemahaman</w:t>
      </w:r>
      <w:proofErr w:type="spellEnd"/>
      <w:r w:rsidRPr="00B04E99">
        <w:t xml:space="preserve"> </w:t>
      </w:r>
      <w:proofErr w:type="spellStart"/>
      <w:r w:rsidRPr="00B04E99">
        <w:t>mendalam</w:t>
      </w:r>
      <w:proofErr w:type="spellEnd"/>
      <w:r w:rsidRPr="00B04E99">
        <w:t xml:space="preserve"> </w:t>
      </w:r>
      <w:proofErr w:type="spellStart"/>
      <w:r w:rsidRPr="00B04E99">
        <w:t>siswa</w:t>
      </w:r>
      <w:proofErr w:type="spellEnd"/>
      <w:r w:rsidRPr="00B04E99">
        <w:t>.</w:t>
      </w:r>
    </w:p>
    <w:p w14:paraId="59F33DE6" w14:textId="77777777" w:rsidR="001137CC" w:rsidRPr="00B04E99" w:rsidRDefault="001137CC" w:rsidP="001137CC">
      <w:pPr>
        <w:jc w:val="both"/>
        <w:rPr>
          <w:b/>
          <w:bCs/>
        </w:rPr>
      </w:pPr>
      <w:proofErr w:type="spellStart"/>
      <w:r>
        <w:rPr>
          <w:b/>
          <w:bCs/>
        </w:rPr>
        <w:t>Tantangan</w:t>
      </w:r>
      <w:proofErr w:type="spellEnd"/>
      <w:r>
        <w:rPr>
          <w:b/>
          <w:bCs/>
        </w:rPr>
        <w:t xml:space="preserve"> dan </w:t>
      </w:r>
      <w:proofErr w:type="spellStart"/>
      <w:r>
        <w:rPr>
          <w:b/>
          <w:bCs/>
        </w:rPr>
        <w:t>Peluang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Pelaksanaan</w:t>
      </w:r>
      <w:proofErr w:type="spellEnd"/>
      <w:r>
        <w:rPr>
          <w:b/>
          <w:bCs/>
        </w:rPr>
        <w:t xml:space="preserve"> </w:t>
      </w:r>
      <w:r w:rsidRPr="00B04E99">
        <w:rPr>
          <w:b/>
          <w:bCs/>
          <w:i/>
          <w:iCs/>
        </w:rPr>
        <w:t>Deep Learning</w:t>
      </w:r>
      <w:r>
        <w:rPr>
          <w:b/>
          <w:bCs/>
        </w:rPr>
        <w:t xml:space="preserve"> di SDN 16 Banda Aceh</w:t>
      </w:r>
    </w:p>
    <w:p w14:paraId="639A7A8B" w14:textId="77777777" w:rsidR="001137CC" w:rsidRPr="008D3058" w:rsidRDefault="001137CC" w:rsidP="001137CC">
      <w:pPr>
        <w:ind w:firstLine="720"/>
        <w:jc w:val="both"/>
      </w:pPr>
      <w:r w:rsidRPr="008D3058">
        <w:t xml:space="preserve">Hasil </w:t>
      </w:r>
      <w:proofErr w:type="spellStart"/>
      <w:r w:rsidRPr="008D3058">
        <w:t>penelitian</w:t>
      </w:r>
      <w:proofErr w:type="spellEnd"/>
      <w:r w:rsidRPr="008D3058">
        <w:t xml:space="preserve"> </w:t>
      </w:r>
      <w:proofErr w:type="spellStart"/>
      <w:r w:rsidRPr="008D3058">
        <w:t>menunjukkan</w:t>
      </w:r>
      <w:proofErr w:type="spellEnd"/>
      <w:r w:rsidRPr="008D3058">
        <w:t xml:space="preserve"> </w:t>
      </w:r>
      <w:proofErr w:type="spellStart"/>
      <w:r w:rsidRPr="008D3058">
        <w:t>bahwa</w:t>
      </w:r>
      <w:proofErr w:type="spellEnd"/>
      <w:r w:rsidRPr="008D3058">
        <w:t xml:space="preserve"> </w:t>
      </w:r>
      <w:proofErr w:type="spellStart"/>
      <w:r w:rsidRPr="008D3058">
        <w:t>pelaksanaan</w:t>
      </w:r>
      <w:proofErr w:type="spellEnd"/>
      <w:r w:rsidRPr="008D3058">
        <w:t xml:space="preserve"> </w:t>
      </w:r>
      <w:proofErr w:type="spellStart"/>
      <w:r w:rsidRPr="008D3058">
        <w:t>desain</w:t>
      </w:r>
      <w:proofErr w:type="spellEnd"/>
      <w:r w:rsidRPr="008D3058">
        <w:t xml:space="preserve"> </w:t>
      </w:r>
      <w:proofErr w:type="spellStart"/>
      <w:r w:rsidRPr="008D3058">
        <w:t>ruang</w:t>
      </w:r>
      <w:proofErr w:type="spellEnd"/>
      <w:r w:rsidRPr="008D3058">
        <w:t xml:space="preserve"> </w:t>
      </w:r>
      <w:proofErr w:type="spellStart"/>
      <w:r w:rsidRPr="008D3058">
        <w:t>kelas</w:t>
      </w:r>
      <w:proofErr w:type="spellEnd"/>
      <w:r w:rsidRPr="008D3058">
        <w:t xml:space="preserve"> </w:t>
      </w:r>
      <w:proofErr w:type="spellStart"/>
      <w:r w:rsidRPr="008D3058">
        <w:t>berbasis</w:t>
      </w:r>
      <w:proofErr w:type="spellEnd"/>
      <w:r w:rsidRPr="008D3058">
        <w:t xml:space="preserve"> </w:t>
      </w:r>
      <w:r w:rsidRPr="008D3058">
        <w:rPr>
          <w:i/>
          <w:iCs/>
        </w:rPr>
        <w:t>deep learning</w:t>
      </w:r>
      <w:r w:rsidRPr="008D3058">
        <w:t xml:space="preserve"> di SDN 16 Banda Aceh </w:t>
      </w:r>
      <w:proofErr w:type="spellStart"/>
      <w:r w:rsidRPr="008D3058">
        <w:t>menghadapi</w:t>
      </w:r>
      <w:proofErr w:type="spellEnd"/>
      <w:r w:rsidRPr="008D3058">
        <w:t xml:space="preserve"> </w:t>
      </w:r>
      <w:proofErr w:type="spellStart"/>
      <w:r w:rsidRPr="008D3058">
        <w:t>sejumlah</w:t>
      </w:r>
      <w:proofErr w:type="spellEnd"/>
      <w:r w:rsidRPr="008D3058">
        <w:t xml:space="preserve"> </w:t>
      </w:r>
      <w:proofErr w:type="spellStart"/>
      <w:r w:rsidRPr="008D3058">
        <w:t>tantangan</w:t>
      </w:r>
      <w:proofErr w:type="spellEnd"/>
      <w:r w:rsidRPr="008D3058">
        <w:t xml:space="preserve"> yang </w:t>
      </w:r>
      <w:proofErr w:type="spellStart"/>
      <w:r w:rsidRPr="008D3058">
        <w:t>berasal</w:t>
      </w:r>
      <w:proofErr w:type="spellEnd"/>
      <w:r w:rsidRPr="008D3058">
        <w:t xml:space="preserve"> </w:t>
      </w:r>
      <w:proofErr w:type="spellStart"/>
      <w:r w:rsidRPr="008D3058">
        <w:t>dari</w:t>
      </w:r>
      <w:proofErr w:type="spellEnd"/>
      <w:r w:rsidRPr="008D3058">
        <w:t xml:space="preserve"> </w:t>
      </w:r>
      <w:proofErr w:type="spellStart"/>
      <w:r w:rsidRPr="008D3058">
        <w:t>kondisi</w:t>
      </w:r>
      <w:proofErr w:type="spellEnd"/>
      <w:r w:rsidRPr="008D3058">
        <w:t xml:space="preserve"> </w:t>
      </w:r>
      <w:proofErr w:type="spellStart"/>
      <w:r w:rsidRPr="008D3058">
        <w:t>peserta</w:t>
      </w:r>
      <w:proofErr w:type="spellEnd"/>
      <w:r w:rsidRPr="008D3058">
        <w:t xml:space="preserve"> </w:t>
      </w:r>
      <w:proofErr w:type="spellStart"/>
      <w:r w:rsidRPr="008D3058">
        <w:t>didik</w:t>
      </w:r>
      <w:proofErr w:type="spellEnd"/>
      <w:r w:rsidRPr="008D3058">
        <w:t xml:space="preserve">, </w:t>
      </w:r>
      <w:proofErr w:type="spellStart"/>
      <w:r w:rsidRPr="008D3058">
        <w:t>keterbatasan</w:t>
      </w:r>
      <w:proofErr w:type="spellEnd"/>
      <w:r w:rsidRPr="008D3058">
        <w:t xml:space="preserve"> </w:t>
      </w:r>
      <w:proofErr w:type="spellStart"/>
      <w:r w:rsidRPr="008D3058">
        <w:t>waktu</w:t>
      </w:r>
      <w:proofErr w:type="spellEnd"/>
      <w:r w:rsidRPr="008D3058">
        <w:t xml:space="preserve"> </w:t>
      </w:r>
      <w:proofErr w:type="spellStart"/>
      <w:r w:rsidRPr="008D3058">
        <w:t>pembelajaran</w:t>
      </w:r>
      <w:proofErr w:type="spellEnd"/>
      <w:r w:rsidRPr="008D3058">
        <w:t xml:space="preserve">, </w:t>
      </w:r>
      <w:proofErr w:type="spellStart"/>
      <w:r w:rsidRPr="008D3058">
        <w:t>serta</w:t>
      </w:r>
      <w:proofErr w:type="spellEnd"/>
      <w:r w:rsidRPr="008D3058">
        <w:t xml:space="preserve"> </w:t>
      </w:r>
      <w:proofErr w:type="spellStart"/>
      <w:r w:rsidRPr="008D3058">
        <w:t>kesiapan</w:t>
      </w:r>
      <w:proofErr w:type="spellEnd"/>
      <w:r w:rsidRPr="008D3058">
        <w:t xml:space="preserve"> </w:t>
      </w:r>
      <w:proofErr w:type="spellStart"/>
      <w:r w:rsidRPr="008D3058">
        <w:t>sarana</w:t>
      </w:r>
      <w:proofErr w:type="spellEnd"/>
      <w:r w:rsidRPr="008D3058">
        <w:t xml:space="preserve"> </w:t>
      </w:r>
      <w:proofErr w:type="spellStart"/>
      <w:r w:rsidRPr="008D3058">
        <w:t>pendukung</w:t>
      </w:r>
      <w:proofErr w:type="spellEnd"/>
      <w:r w:rsidRPr="008D3058">
        <w:t xml:space="preserve">. Salah </w:t>
      </w:r>
      <w:proofErr w:type="spellStart"/>
      <w:r w:rsidRPr="008D3058">
        <w:t>satu</w:t>
      </w:r>
      <w:proofErr w:type="spellEnd"/>
      <w:r w:rsidRPr="008D3058">
        <w:t xml:space="preserve"> </w:t>
      </w:r>
      <w:proofErr w:type="spellStart"/>
      <w:r w:rsidRPr="008D3058">
        <w:t>tantangan</w:t>
      </w:r>
      <w:proofErr w:type="spellEnd"/>
      <w:r w:rsidRPr="008D3058">
        <w:t xml:space="preserve"> </w:t>
      </w:r>
      <w:proofErr w:type="spellStart"/>
      <w:r w:rsidRPr="008D3058">
        <w:t>utama</w:t>
      </w:r>
      <w:proofErr w:type="spellEnd"/>
      <w:r w:rsidRPr="008D3058">
        <w:t xml:space="preserve"> </w:t>
      </w:r>
      <w:proofErr w:type="spellStart"/>
      <w:r w:rsidRPr="008D3058">
        <w:t>adalah</w:t>
      </w:r>
      <w:proofErr w:type="spellEnd"/>
      <w:r w:rsidRPr="008D3058">
        <w:t xml:space="preserve"> </w:t>
      </w:r>
      <w:proofErr w:type="spellStart"/>
      <w:r w:rsidRPr="008D3058">
        <w:t>perbedaan</w:t>
      </w:r>
      <w:proofErr w:type="spellEnd"/>
      <w:r w:rsidRPr="008D3058">
        <w:t xml:space="preserve"> </w:t>
      </w:r>
      <w:proofErr w:type="spellStart"/>
      <w:r w:rsidRPr="008D3058">
        <w:t>kemampuan</w:t>
      </w:r>
      <w:proofErr w:type="spellEnd"/>
      <w:r w:rsidRPr="008D3058">
        <w:t xml:space="preserve"> </w:t>
      </w:r>
      <w:proofErr w:type="spellStart"/>
      <w:r w:rsidRPr="008D3058">
        <w:t>belajar</w:t>
      </w:r>
      <w:proofErr w:type="spellEnd"/>
      <w:r w:rsidRPr="008D3058">
        <w:t xml:space="preserve"> </w:t>
      </w:r>
      <w:proofErr w:type="spellStart"/>
      <w:r w:rsidRPr="008D3058">
        <w:t>siswa</w:t>
      </w:r>
      <w:proofErr w:type="spellEnd"/>
      <w:r w:rsidRPr="008D3058">
        <w:t xml:space="preserve"> </w:t>
      </w:r>
      <w:proofErr w:type="spellStart"/>
      <w:r w:rsidRPr="008D3058">
        <w:t>dalam</w:t>
      </w:r>
      <w:proofErr w:type="spellEnd"/>
      <w:r w:rsidRPr="008D3058">
        <w:t xml:space="preserve"> </w:t>
      </w:r>
      <w:proofErr w:type="spellStart"/>
      <w:r w:rsidRPr="008D3058">
        <w:t>satu</w:t>
      </w:r>
      <w:proofErr w:type="spellEnd"/>
      <w:r w:rsidRPr="008D3058">
        <w:t xml:space="preserve"> </w:t>
      </w:r>
      <w:proofErr w:type="spellStart"/>
      <w:r w:rsidRPr="008D3058">
        <w:t>kelas</w:t>
      </w:r>
      <w:proofErr w:type="spellEnd"/>
      <w:r w:rsidRPr="008D3058">
        <w:t xml:space="preserve">. Guru </w:t>
      </w:r>
      <w:proofErr w:type="spellStart"/>
      <w:r w:rsidRPr="008D3058">
        <w:t>harus</w:t>
      </w:r>
      <w:proofErr w:type="spellEnd"/>
      <w:r w:rsidRPr="008D3058">
        <w:t xml:space="preserve"> </w:t>
      </w:r>
      <w:proofErr w:type="spellStart"/>
      <w:r w:rsidRPr="008D3058">
        <w:t>menyesuaikan</w:t>
      </w:r>
      <w:proofErr w:type="spellEnd"/>
      <w:r w:rsidRPr="008D3058">
        <w:t xml:space="preserve"> </w:t>
      </w:r>
      <w:proofErr w:type="spellStart"/>
      <w:r w:rsidRPr="008D3058">
        <w:t>desain</w:t>
      </w:r>
      <w:proofErr w:type="spellEnd"/>
      <w:r w:rsidRPr="008D3058">
        <w:t xml:space="preserve"> </w:t>
      </w:r>
      <w:proofErr w:type="spellStart"/>
      <w:r w:rsidRPr="008D3058">
        <w:t>ruang</w:t>
      </w:r>
      <w:proofErr w:type="spellEnd"/>
      <w:r w:rsidRPr="008D3058">
        <w:t xml:space="preserve"> dan strategi </w:t>
      </w:r>
      <w:proofErr w:type="spellStart"/>
      <w:r w:rsidRPr="008D3058">
        <w:t>pembelajaran</w:t>
      </w:r>
      <w:proofErr w:type="spellEnd"/>
      <w:r w:rsidRPr="008D3058">
        <w:t xml:space="preserve"> agar </w:t>
      </w:r>
      <w:proofErr w:type="spellStart"/>
      <w:r w:rsidRPr="008D3058">
        <w:t>dapat</w:t>
      </w:r>
      <w:proofErr w:type="spellEnd"/>
      <w:r w:rsidRPr="008D3058">
        <w:t xml:space="preserve"> </w:t>
      </w:r>
      <w:proofErr w:type="spellStart"/>
      <w:r w:rsidRPr="008D3058">
        <w:t>mengakomodasi</w:t>
      </w:r>
      <w:proofErr w:type="spellEnd"/>
      <w:r w:rsidRPr="008D3058">
        <w:t xml:space="preserve"> </w:t>
      </w:r>
      <w:proofErr w:type="spellStart"/>
      <w:r w:rsidRPr="008D3058">
        <w:t>siswa</w:t>
      </w:r>
      <w:proofErr w:type="spellEnd"/>
      <w:r w:rsidRPr="008D3058">
        <w:t xml:space="preserve"> yang </w:t>
      </w:r>
      <w:proofErr w:type="spellStart"/>
      <w:r w:rsidRPr="008D3058">
        <w:t>belum</w:t>
      </w:r>
      <w:proofErr w:type="spellEnd"/>
      <w:r w:rsidRPr="008D3058">
        <w:t xml:space="preserve"> </w:t>
      </w:r>
      <w:proofErr w:type="spellStart"/>
      <w:r w:rsidRPr="008D3058">
        <w:t>memahami</w:t>
      </w:r>
      <w:proofErr w:type="spellEnd"/>
      <w:r w:rsidRPr="008D3058">
        <w:t xml:space="preserve"> </w:t>
      </w:r>
      <w:proofErr w:type="spellStart"/>
      <w:r w:rsidRPr="008D3058">
        <w:t>materi</w:t>
      </w:r>
      <w:proofErr w:type="spellEnd"/>
      <w:r w:rsidRPr="008D3058">
        <w:t xml:space="preserve"> </w:t>
      </w:r>
      <w:proofErr w:type="spellStart"/>
      <w:r w:rsidRPr="008D3058">
        <w:t>tanpa</w:t>
      </w:r>
      <w:proofErr w:type="spellEnd"/>
      <w:r w:rsidRPr="008D3058">
        <w:t xml:space="preserve"> </w:t>
      </w:r>
      <w:proofErr w:type="spellStart"/>
      <w:r w:rsidRPr="008D3058">
        <w:t>mengabaikan</w:t>
      </w:r>
      <w:proofErr w:type="spellEnd"/>
      <w:r w:rsidRPr="008D3058">
        <w:t xml:space="preserve"> </w:t>
      </w:r>
      <w:proofErr w:type="spellStart"/>
      <w:r w:rsidRPr="008D3058">
        <w:t>siswa</w:t>
      </w:r>
      <w:proofErr w:type="spellEnd"/>
      <w:r w:rsidRPr="008D3058">
        <w:t xml:space="preserve"> yang </w:t>
      </w:r>
      <w:proofErr w:type="spellStart"/>
      <w:r w:rsidRPr="008D3058">
        <w:t>sudah</w:t>
      </w:r>
      <w:proofErr w:type="spellEnd"/>
      <w:r w:rsidRPr="008D3058">
        <w:t xml:space="preserve"> </w:t>
      </w:r>
      <w:proofErr w:type="spellStart"/>
      <w:r w:rsidRPr="008D3058">
        <w:t>lebih</w:t>
      </w:r>
      <w:proofErr w:type="spellEnd"/>
      <w:r w:rsidRPr="008D3058">
        <w:t xml:space="preserve"> </w:t>
      </w:r>
      <w:proofErr w:type="spellStart"/>
      <w:r w:rsidRPr="008D3058">
        <w:t>cepat</w:t>
      </w:r>
      <w:proofErr w:type="spellEnd"/>
      <w:r w:rsidRPr="008D3058">
        <w:t xml:space="preserve"> </w:t>
      </w:r>
      <w:proofErr w:type="spellStart"/>
      <w:r w:rsidRPr="008D3058">
        <w:t>memahami</w:t>
      </w:r>
      <w:proofErr w:type="spellEnd"/>
      <w:r w:rsidRPr="008D3058">
        <w:t xml:space="preserve">, </w:t>
      </w:r>
      <w:proofErr w:type="spellStart"/>
      <w:r w:rsidRPr="008D3058">
        <w:t>sehingga</w:t>
      </w:r>
      <w:proofErr w:type="spellEnd"/>
      <w:r w:rsidRPr="008D3058">
        <w:t xml:space="preserve"> </w:t>
      </w:r>
      <w:proofErr w:type="spellStart"/>
      <w:r w:rsidRPr="008D3058">
        <w:t>pengelolaan</w:t>
      </w:r>
      <w:proofErr w:type="spellEnd"/>
      <w:r w:rsidRPr="008D3058">
        <w:t xml:space="preserve"> </w:t>
      </w:r>
      <w:proofErr w:type="spellStart"/>
      <w:r w:rsidRPr="008D3058">
        <w:t>kelas</w:t>
      </w:r>
      <w:proofErr w:type="spellEnd"/>
      <w:r w:rsidRPr="008D3058">
        <w:t xml:space="preserve"> </w:t>
      </w:r>
      <w:proofErr w:type="spellStart"/>
      <w:r w:rsidRPr="008D3058">
        <w:t>menjadi</w:t>
      </w:r>
      <w:proofErr w:type="spellEnd"/>
      <w:r w:rsidRPr="008D3058">
        <w:t xml:space="preserve"> </w:t>
      </w:r>
      <w:proofErr w:type="spellStart"/>
      <w:r w:rsidRPr="008D3058">
        <w:t>lebih</w:t>
      </w:r>
      <w:proofErr w:type="spellEnd"/>
      <w:r w:rsidRPr="008D3058">
        <w:t xml:space="preserve"> </w:t>
      </w:r>
      <w:proofErr w:type="spellStart"/>
      <w:r w:rsidRPr="008D3058">
        <w:t>kompleks</w:t>
      </w:r>
      <w:proofErr w:type="spellEnd"/>
      <w:r w:rsidRPr="008D3058">
        <w:t>.</w:t>
      </w:r>
    </w:p>
    <w:p w14:paraId="385C061B" w14:textId="77777777" w:rsidR="001137CC" w:rsidRDefault="001137CC" w:rsidP="001137CC">
      <w:pPr>
        <w:ind w:firstLine="720"/>
        <w:jc w:val="both"/>
      </w:pPr>
      <w:proofErr w:type="spellStart"/>
      <w:r w:rsidRPr="008D3058">
        <w:t>Tantangan</w:t>
      </w:r>
      <w:proofErr w:type="spellEnd"/>
      <w:r w:rsidRPr="008D3058">
        <w:t xml:space="preserve"> </w:t>
      </w:r>
      <w:proofErr w:type="spellStart"/>
      <w:r w:rsidRPr="008D3058">
        <w:t>lainnya</w:t>
      </w:r>
      <w:proofErr w:type="spellEnd"/>
      <w:r w:rsidRPr="008D3058">
        <w:t xml:space="preserve"> </w:t>
      </w:r>
      <w:proofErr w:type="spellStart"/>
      <w:r w:rsidRPr="008D3058">
        <w:t>berkaitan</w:t>
      </w:r>
      <w:proofErr w:type="spellEnd"/>
      <w:r w:rsidRPr="008D3058">
        <w:t xml:space="preserve"> </w:t>
      </w:r>
      <w:proofErr w:type="spellStart"/>
      <w:r w:rsidRPr="008D3058">
        <w:t>dengan</w:t>
      </w:r>
      <w:proofErr w:type="spellEnd"/>
      <w:r w:rsidRPr="008D3058">
        <w:t xml:space="preserve"> </w:t>
      </w:r>
      <w:proofErr w:type="spellStart"/>
      <w:r w:rsidRPr="008D3058">
        <w:t>keterbatasan</w:t>
      </w:r>
      <w:proofErr w:type="spellEnd"/>
      <w:r w:rsidRPr="008D3058">
        <w:t xml:space="preserve"> </w:t>
      </w:r>
      <w:proofErr w:type="spellStart"/>
      <w:r w:rsidRPr="008D3058">
        <w:t>waktu</w:t>
      </w:r>
      <w:proofErr w:type="spellEnd"/>
      <w:r w:rsidRPr="008D3058">
        <w:t xml:space="preserve"> </w:t>
      </w:r>
      <w:proofErr w:type="spellStart"/>
      <w:r w:rsidRPr="008D3058">
        <w:t>pembelajaran</w:t>
      </w:r>
      <w:proofErr w:type="spellEnd"/>
      <w:r w:rsidRPr="008D3058">
        <w:t xml:space="preserve"> dan </w:t>
      </w:r>
      <w:proofErr w:type="spellStart"/>
      <w:r w:rsidRPr="008D3058">
        <w:t>kesiapan</w:t>
      </w:r>
      <w:proofErr w:type="spellEnd"/>
      <w:r w:rsidRPr="008D3058">
        <w:t xml:space="preserve"> </w:t>
      </w:r>
      <w:proofErr w:type="spellStart"/>
      <w:r w:rsidRPr="008D3058">
        <w:t>teknis</w:t>
      </w:r>
      <w:proofErr w:type="spellEnd"/>
      <w:r w:rsidRPr="008D3058">
        <w:t xml:space="preserve">. Hasil </w:t>
      </w:r>
      <w:proofErr w:type="spellStart"/>
      <w:r w:rsidRPr="008D3058">
        <w:t>wawancara</w:t>
      </w:r>
      <w:proofErr w:type="spellEnd"/>
      <w:r w:rsidRPr="008D3058"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ibu</w:t>
      </w:r>
      <w:proofErr w:type="spellEnd"/>
      <w:r>
        <w:t xml:space="preserve"> </w:t>
      </w:r>
      <w:proofErr w:type="spellStart"/>
      <w:r>
        <w:t>Nurliana</w:t>
      </w:r>
      <w:proofErr w:type="spellEnd"/>
      <w:r>
        <w:t xml:space="preserve"> </w:t>
      </w:r>
      <w:proofErr w:type="spellStart"/>
      <w:r w:rsidRPr="008D3058">
        <w:t>menunjukkan</w:t>
      </w:r>
      <w:proofErr w:type="spellEnd"/>
      <w:r w:rsidRPr="008D3058">
        <w:t xml:space="preserve"> </w:t>
      </w:r>
      <w:proofErr w:type="spellStart"/>
      <w:r w:rsidRPr="008D3058">
        <w:t>bahwa</w:t>
      </w:r>
      <w:proofErr w:type="spellEnd"/>
      <w:r w:rsidRPr="008D3058">
        <w:t xml:space="preserve"> </w:t>
      </w:r>
      <w:proofErr w:type="spellStart"/>
      <w:r w:rsidRPr="008D3058">
        <w:t>perubahan</w:t>
      </w:r>
      <w:proofErr w:type="spellEnd"/>
      <w:r w:rsidRPr="008D3058">
        <w:t xml:space="preserve"> </w:t>
      </w:r>
      <w:proofErr w:type="spellStart"/>
      <w:r w:rsidRPr="008D3058">
        <w:t>desain</w:t>
      </w:r>
      <w:proofErr w:type="spellEnd"/>
      <w:r w:rsidRPr="008D3058">
        <w:t xml:space="preserve"> </w:t>
      </w:r>
      <w:proofErr w:type="spellStart"/>
      <w:r w:rsidRPr="008D3058">
        <w:t>ruang</w:t>
      </w:r>
      <w:proofErr w:type="spellEnd"/>
      <w:r w:rsidRPr="008D3058">
        <w:t xml:space="preserve"> </w:t>
      </w:r>
      <w:proofErr w:type="spellStart"/>
      <w:r w:rsidRPr="008D3058">
        <w:t>kelas</w:t>
      </w:r>
      <w:proofErr w:type="spellEnd"/>
      <w:r w:rsidRPr="008D3058">
        <w:t xml:space="preserve"> </w:t>
      </w:r>
      <w:proofErr w:type="spellStart"/>
      <w:r w:rsidRPr="008D3058">
        <w:t>membutuhkan</w:t>
      </w:r>
      <w:proofErr w:type="spellEnd"/>
      <w:r w:rsidRPr="008D3058">
        <w:t xml:space="preserve"> </w:t>
      </w:r>
      <w:proofErr w:type="spellStart"/>
      <w:r w:rsidRPr="008D3058">
        <w:t>waktu</w:t>
      </w:r>
      <w:proofErr w:type="spellEnd"/>
      <w:r w:rsidRPr="008D3058">
        <w:t xml:space="preserve"> dan </w:t>
      </w:r>
      <w:proofErr w:type="spellStart"/>
      <w:r w:rsidRPr="008D3058">
        <w:t>persiapan</w:t>
      </w:r>
      <w:proofErr w:type="spellEnd"/>
      <w:r w:rsidRPr="008D3058">
        <w:t xml:space="preserve"> yang </w:t>
      </w:r>
      <w:proofErr w:type="spellStart"/>
      <w:r w:rsidRPr="008D3058">
        <w:t>matang</w:t>
      </w:r>
      <w:proofErr w:type="spellEnd"/>
      <w:r w:rsidRPr="008D3058">
        <w:t xml:space="preserve">, </w:t>
      </w:r>
      <w:proofErr w:type="spellStart"/>
      <w:r w:rsidRPr="008D3058">
        <w:t>sementara</w:t>
      </w:r>
      <w:proofErr w:type="spellEnd"/>
      <w:r w:rsidRPr="008D3058">
        <w:t xml:space="preserve"> </w:t>
      </w:r>
      <w:proofErr w:type="spellStart"/>
      <w:r w:rsidRPr="008D3058">
        <w:t>jadwal</w:t>
      </w:r>
      <w:proofErr w:type="spellEnd"/>
      <w:r w:rsidRPr="008D3058">
        <w:t xml:space="preserve"> </w:t>
      </w:r>
      <w:proofErr w:type="spellStart"/>
      <w:r w:rsidRPr="008D3058">
        <w:t>pembelajaran</w:t>
      </w:r>
      <w:proofErr w:type="spellEnd"/>
      <w:r w:rsidRPr="008D3058">
        <w:t xml:space="preserve"> </w:t>
      </w:r>
      <w:proofErr w:type="spellStart"/>
      <w:r w:rsidRPr="008D3058">
        <w:t>sering</w:t>
      </w:r>
      <w:proofErr w:type="spellEnd"/>
      <w:r w:rsidRPr="008D3058">
        <w:t xml:space="preserve"> kali </w:t>
      </w:r>
      <w:proofErr w:type="spellStart"/>
      <w:r w:rsidRPr="008D3058">
        <w:t>terbatas</w:t>
      </w:r>
      <w:proofErr w:type="spellEnd"/>
      <w:r w:rsidRPr="008D3058">
        <w:t xml:space="preserve">. Selain </w:t>
      </w:r>
      <w:proofErr w:type="spellStart"/>
      <w:r w:rsidRPr="008D3058">
        <w:t>itu</w:t>
      </w:r>
      <w:proofErr w:type="spellEnd"/>
      <w:r w:rsidRPr="008D3058">
        <w:t xml:space="preserve">, </w:t>
      </w:r>
      <w:proofErr w:type="spellStart"/>
      <w:r w:rsidRPr="008D3058">
        <w:t>pemanfaatan</w:t>
      </w:r>
      <w:proofErr w:type="spellEnd"/>
      <w:r w:rsidRPr="008D3058">
        <w:t xml:space="preserve"> </w:t>
      </w:r>
      <w:proofErr w:type="spellStart"/>
      <w:r w:rsidRPr="008D3058">
        <w:t>sarana</w:t>
      </w:r>
      <w:proofErr w:type="spellEnd"/>
      <w:r w:rsidRPr="008D3058">
        <w:t xml:space="preserve"> </w:t>
      </w:r>
      <w:proofErr w:type="spellStart"/>
      <w:r w:rsidRPr="008D3058">
        <w:t>teknologi</w:t>
      </w:r>
      <w:proofErr w:type="spellEnd"/>
      <w:r w:rsidRPr="008D3058">
        <w:t xml:space="preserve"> </w:t>
      </w:r>
      <w:proofErr w:type="spellStart"/>
      <w:r w:rsidRPr="008D3058">
        <w:t>seperti</w:t>
      </w:r>
      <w:proofErr w:type="spellEnd"/>
      <w:r w:rsidRPr="008D3058">
        <w:t xml:space="preserve"> </w:t>
      </w:r>
      <w:proofErr w:type="spellStart"/>
      <w:r w:rsidRPr="008D3058">
        <w:t>infokus</w:t>
      </w:r>
      <w:proofErr w:type="spellEnd"/>
      <w:r w:rsidRPr="008D3058">
        <w:t xml:space="preserve"> dan </w:t>
      </w:r>
      <w:r w:rsidRPr="008D3058">
        <w:rPr>
          <w:i/>
          <w:iCs/>
        </w:rPr>
        <w:t>Interactive Flat Panel</w:t>
      </w:r>
      <w:r w:rsidRPr="008D3058">
        <w:t xml:space="preserve"> (IFP) </w:t>
      </w:r>
      <w:proofErr w:type="spellStart"/>
      <w:r w:rsidRPr="008D3058">
        <w:t>belum</w:t>
      </w:r>
      <w:proofErr w:type="spellEnd"/>
      <w:r w:rsidRPr="008D3058">
        <w:t xml:space="preserve"> </w:t>
      </w:r>
      <w:proofErr w:type="spellStart"/>
      <w:r w:rsidRPr="008D3058">
        <w:t>dapat</w:t>
      </w:r>
      <w:proofErr w:type="spellEnd"/>
      <w:r w:rsidRPr="008D3058">
        <w:t xml:space="preserve"> </w:t>
      </w:r>
      <w:proofErr w:type="spellStart"/>
      <w:r w:rsidRPr="008D3058">
        <w:t>dilakukan</w:t>
      </w:r>
      <w:proofErr w:type="spellEnd"/>
      <w:r w:rsidRPr="008D3058">
        <w:t xml:space="preserve"> </w:t>
      </w:r>
      <w:proofErr w:type="spellStart"/>
      <w:r w:rsidRPr="008D3058">
        <w:t>secara</w:t>
      </w:r>
      <w:proofErr w:type="spellEnd"/>
      <w:r w:rsidRPr="008D3058">
        <w:t xml:space="preserve"> optimal </w:t>
      </w:r>
      <w:proofErr w:type="spellStart"/>
      <w:r w:rsidRPr="008D3058">
        <w:t>karena</w:t>
      </w:r>
      <w:proofErr w:type="spellEnd"/>
      <w:r w:rsidRPr="008D3058">
        <w:t xml:space="preserve"> </w:t>
      </w:r>
      <w:proofErr w:type="spellStart"/>
      <w:r w:rsidRPr="008D3058">
        <w:t>jumlah</w:t>
      </w:r>
      <w:proofErr w:type="spellEnd"/>
      <w:r w:rsidRPr="008D3058">
        <w:t xml:space="preserve"> </w:t>
      </w:r>
      <w:proofErr w:type="spellStart"/>
      <w:r w:rsidRPr="008D3058">
        <w:t>perangkat</w:t>
      </w:r>
      <w:proofErr w:type="spellEnd"/>
      <w:r w:rsidRPr="008D3058">
        <w:t xml:space="preserve"> yang </w:t>
      </w:r>
      <w:proofErr w:type="spellStart"/>
      <w:r w:rsidRPr="008D3058">
        <w:t>terbatas</w:t>
      </w:r>
      <w:proofErr w:type="spellEnd"/>
      <w:r w:rsidRPr="008D3058">
        <w:t xml:space="preserve"> dan </w:t>
      </w:r>
      <w:proofErr w:type="spellStart"/>
      <w:r w:rsidRPr="008D3058">
        <w:t>harus</w:t>
      </w:r>
      <w:proofErr w:type="spellEnd"/>
      <w:r w:rsidRPr="008D3058">
        <w:t xml:space="preserve"> </w:t>
      </w:r>
      <w:proofErr w:type="spellStart"/>
      <w:r w:rsidRPr="008D3058">
        <w:t>digunakan</w:t>
      </w:r>
      <w:proofErr w:type="spellEnd"/>
      <w:r w:rsidRPr="008D3058">
        <w:t xml:space="preserve"> </w:t>
      </w:r>
      <w:proofErr w:type="spellStart"/>
      <w:r w:rsidRPr="008D3058">
        <w:t>secara</w:t>
      </w:r>
      <w:proofErr w:type="spellEnd"/>
      <w:r w:rsidRPr="008D3058">
        <w:t xml:space="preserve"> </w:t>
      </w:r>
      <w:proofErr w:type="spellStart"/>
      <w:r w:rsidRPr="008D3058">
        <w:t>bergantian</w:t>
      </w:r>
      <w:proofErr w:type="spellEnd"/>
      <w:r w:rsidRPr="008D3058">
        <w:t xml:space="preserve"> </w:t>
      </w:r>
      <w:proofErr w:type="spellStart"/>
      <w:r w:rsidRPr="008D3058">
        <w:t>antar</w:t>
      </w:r>
      <w:proofErr w:type="spellEnd"/>
      <w:r w:rsidRPr="008D3058">
        <w:t xml:space="preserve"> </w:t>
      </w:r>
      <w:proofErr w:type="spellStart"/>
      <w:r w:rsidRPr="008D3058">
        <w:t>kelas</w:t>
      </w:r>
      <w:proofErr w:type="spellEnd"/>
      <w:r w:rsidRPr="008D3058">
        <w:t xml:space="preserve">. Kendala </w:t>
      </w:r>
      <w:proofErr w:type="spellStart"/>
      <w:r w:rsidRPr="008D3058">
        <w:t>teknis</w:t>
      </w:r>
      <w:proofErr w:type="spellEnd"/>
      <w:r w:rsidRPr="008D3058">
        <w:t xml:space="preserve">, </w:t>
      </w:r>
      <w:proofErr w:type="spellStart"/>
      <w:r w:rsidRPr="008D3058">
        <w:t>seperti</w:t>
      </w:r>
      <w:proofErr w:type="spellEnd"/>
      <w:r w:rsidRPr="008D3058">
        <w:t xml:space="preserve"> </w:t>
      </w:r>
      <w:proofErr w:type="spellStart"/>
      <w:r w:rsidRPr="008D3058">
        <w:t>kesiapan</w:t>
      </w:r>
      <w:proofErr w:type="spellEnd"/>
      <w:r w:rsidRPr="008D3058">
        <w:t xml:space="preserve"> </w:t>
      </w:r>
      <w:proofErr w:type="spellStart"/>
      <w:r w:rsidRPr="008D3058">
        <w:t>perangkat</w:t>
      </w:r>
      <w:proofErr w:type="spellEnd"/>
      <w:r w:rsidRPr="008D3058">
        <w:t xml:space="preserve"> dan </w:t>
      </w:r>
      <w:proofErr w:type="spellStart"/>
      <w:r w:rsidRPr="008D3058">
        <w:t>kondisi</w:t>
      </w:r>
      <w:proofErr w:type="spellEnd"/>
      <w:r w:rsidRPr="008D3058">
        <w:t xml:space="preserve"> </w:t>
      </w:r>
      <w:r>
        <w:t>Listrik (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Listrik)</w:t>
      </w:r>
      <w:r w:rsidRPr="008D3058">
        <w:t xml:space="preserve">, juga </w:t>
      </w:r>
      <w:proofErr w:type="spellStart"/>
      <w:r w:rsidRPr="008D3058">
        <w:t>menjadi</w:t>
      </w:r>
      <w:proofErr w:type="spellEnd"/>
      <w:r w:rsidRPr="008D3058">
        <w:t xml:space="preserve"> </w:t>
      </w:r>
      <w:proofErr w:type="spellStart"/>
      <w:r w:rsidRPr="008D3058">
        <w:lastRenderedPageBreak/>
        <w:t>hambatan</w:t>
      </w:r>
      <w:proofErr w:type="spellEnd"/>
      <w:r w:rsidRPr="008D3058">
        <w:t xml:space="preserve"> </w:t>
      </w:r>
      <w:proofErr w:type="spellStart"/>
      <w:r w:rsidRPr="008D3058">
        <w:t>dalam</w:t>
      </w:r>
      <w:proofErr w:type="spellEnd"/>
      <w:r w:rsidRPr="008D3058">
        <w:t xml:space="preserve"> </w:t>
      </w:r>
      <w:proofErr w:type="spellStart"/>
      <w:r w:rsidRPr="008D3058">
        <w:t>pelaksanaan</w:t>
      </w:r>
      <w:proofErr w:type="spellEnd"/>
      <w:r w:rsidRPr="008D3058">
        <w:t xml:space="preserve"> </w:t>
      </w:r>
      <w:proofErr w:type="spellStart"/>
      <w:r w:rsidRPr="008D3058">
        <w:t>pembelajaran</w:t>
      </w:r>
      <w:proofErr w:type="spellEnd"/>
      <w:r w:rsidRPr="008D3058">
        <w:t xml:space="preserve"> </w:t>
      </w:r>
      <w:proofErr w:type="spellStart"/>
      <w:r w:rsidRPr="008D3058">
        <w:t>berbasis</w:t>
      </w:r>
      <w:proofErr w:type="spellEnd"/>
      <w:r w:rsidRPr="008D3058">
        <w:t xml:space="preserve"> </w:t>
      </w:r>
      <w:r w:rsidRPr="008D3058">
        <w:rPr>
          <w:i/>
          <w:iCs/>
        </w:rPr>
        <w:t>deep learning</w:t>
      </w:r>
      <w:r w:rsidRPr="008D3058">
        <w:t xml:space="preserve"> yang </w:t>
      </w:r>
      <w:proofErr w:type="spellStart"/>
      <w:r w:rsidRPr="008D3058">
        <w:t>menuntut</w:t>
      </w:r>
      <w:proofErr w:type="spellEnd"/>
      <w:r w:rsidRPr="008D3058">
        <w:t xml:space="preserve"> </w:t>
      </w:r>
      <w:proofErr w:type="spellStart"/>
      <w:r w:rsidRPr="008D3058">
        <w:t>penggunaan</w:t>
      </w:r>
      <w:proofErr w:type="spellEnd"/>
      <w:r w:rsidRPr="008D3058">
        <w:t xml:space="preserve"> media </w:t>
      </w:r>
      <w:proofErr w:type="spellStart"/>
      <w:r w:rsidRPr="008D3058">
        <w:t>interaktif</w:t>
      </w:r>
      <w:proofErr w:type="spellEnd"/>
      <w:r w:rsidRPr="008D3058">
        <w:t xml:space="preserve"> </w:t>
      </w:r>
      <w:proofErr w:type="spellStart"/>
      <w:r w:rsidRPr="008D3058">
        <w:t>secara</w:t>
      </w:r>
      <w:proofErr w:type="spellEnd"/>
      <w:r w:rsidRPr="008D3058">
        <w:t xml:space="preserve"> </w:t>
      </w:r>
      <w:proofErr w:type="spellStart"/>
      <w:r w:rsidRPr="008D3058">
        <w:t>konsisten</w:t>
      </w:r>
      <w:proofErr w:type="spellEnd"/>
      <w:r w:rsidRPr="008D3058">
        <w:t>.</w:t>
      </w:r>
    </w:p>
    <w:p w14:paraId="3D630AF5" w14:textId="77777777" w:rsidR="001137CC" w:rsidRPr="008D3058" w:rsidRDefault="001137CC" w:rsidP="001137CC">
      <w:pPr>
        <w:ind w:firstLine="720"/>
        <w:jc w:val="both"/>
      </w:pPr>
      <w:r w:rsidRPr="008D3058">
        <w:t xml:space="preserve">Di </w:t>
      </w:r>
      <w:proofErr w:type="spellStart"/>
      <w:r w:rsidRPr="008D3058">
        <w:t>sisi</w:t>
      </w:r>
      <w:proofErr w:type="spellEnd"/>
      <w:r w:rsidRPr="008D3058">
        <w:t xml:space="preserve"> lain, </w:t>
      </w:r>
      <w:proofErr w:type="spellStart"/>
      <w:r w:rsidRPr="008D3058">
        <w:t>penelitian</w:t>
      </w:r>
      <w:proofErr w:type="spellEnd"/>
      <w:r w:rsidRPr="008D3058">
        <w:t xml:space="preserve"> </w:t>
      </w:r>
      <w:proofErr w:type="spellStart"/>
      <w:r w:rsidRPr="008D3058">
        <w:t>ini</w:t>
      </w:r>
      <w:proofErr w:type="spellEnd"/>
      <w:r w:rsidRPr="008D3058">
        <w:t xml:space="preserve"> juga </w:t>
      </w:r>
      <w:proofErr w:type="spellStart"/>
      <w:r w:rsidRPr="008D3058">
        <w:t>menemukan</w:t>
      </w:r>
      <w:proofErr w:type="spellEnd"/>
      <w:r w:rsidRPr="008D3058">
        <w:t xml:space="preserve"> </w:t>
      </w:r>
      <w:proofErr w:type="spellStart"/>
      <w:r w:rsidRPr="008D3058">
        <w:t>adanya</w:t>
      </w:r>
      <w:proofErr w:type="spellEnd"/>
      <w:r w:rsidRPr="008D3058">
        <w:t xml:space="preserve"> </w:t>
      </w:r>
      <w:proofErr w:type="spellStart"/>
      <w:r w:rsidRPr="008D3058">
        <w:t>peluang</w:t>
      </w:r>
      <w:proofErr w:type="spellEnd"/>
      <w:r w:rsidRPr="008D3058">
        <w:t xml:space="preserve"> yang </w:t>
      </w:r>
      <w:proofErr w:type="spellStart"/>
      <w:r w:rsidRPr="008D3058">
        <w:t>cukup</w:t>
      </w:r>
      <w:proofErr w:type="spellEnd"/>
      <w:r w:rsidRPr="008D3058">
        <w:t xml:space="preserve"> </w:t>
      </w:r>
      <w:proofErr w:type="spellStart"/>
      <w:r w:rsidRPr="008D3058">
        <w:t>besar</w:t>
      </w:r>
      <w:proofErr w:type="spellEnd"/>
      <w:r w:rsidRPr="008D3058">
        <w:t xml:space="preserve"> </w:t>
      </w:r>
      <w:proofErr w:type="spellStart"/>
      <w:r w:rsidRPr="008D3058">
        <w:t>dalam</w:t>
      </w:r>
      <w:proofErr w:type="spellEnd"/>
      <w:r w:rsidRPr="008D3058">
        <w:t xml:space="preserve"> </w:t>
      </w:r>
      <w:proofErr w:type="spellStart"/>
      <w:r w:rsidRPr="008D3058">
        <w:t>menyiapkan</w:t>
      </w:r>
      <w:proofErr w:type="spellEnd"/>
      <w:r w:rsidRPr="008D3058">
        <w:t xml:space="preserve"> </w:t>
      </w:r>
      <w:proofErr w:type="spellStart"/>
      <w:r w:rsidRPr="008D3058">
        <w:t>ruang</w:t>
      </w:r>
      <w:proofErr w:type="spellEnd"/>
      <w:r w:rsidRPr="008D3058">
        <w:t xml:space="preserve"> </w:t>
      </w:r>
      <w:proofErr w:type="spellStart"/>
      <w:r w:rsidRPr="008D3058">
        <w:t>kelas</w:t>
      </w:r>
      <w:proofErr w:type="spellEnd"/>
      <w:r w:rsidRPr="008D3058">
        <w:t xml:space="preserve"> </w:t>
      </w:r>
      <w:proofErr w:type="spellStart"/>
      <w:r w:rsidRPr="008D3058">
        <w:t>sesuai</w:t>
      </w:r>
      <w:proofErr w:type="spellEnd"/>
      <w:r w:rsidRPr="008D3058">
        <w:t xml:space="preserve"> </w:t>
      </w:r>
      <w:proofErr w:type="spellStart"/>
      <w:r w:rsidRPr="008D3058">
        <w:t>dengan</w:t>
      </w:r>
      <w:proofErr w:type="spellEnd"/>
      <w:r w:rsidRPr="008D3058">
        <w:t xml:space="preserve"> </w:t>
      </w:r>
      <w:proofErr w:type="spellStart"/>
      <w:r w:rsidRPr="008D3058">
        <w:t>prinsip</w:t>
      </w:r>
      <w:proofErr w:type="spellEnd"/>
      <w:r w:rsidRPr="008D3058">
        <w:t xml:space="preserve"> </w:t>
      </w:r>
      <w:r w:rsidRPr="008D3058">
        <w:rPr>
          <w:i/>
          <w:iCs/>
        </w:rPr>
        <w:t>deep learning</w:t>
      </w:r>
      <w:r w:rsidRPr="008D3058">
        <w:t xml:space="preserve"> di SDN 16 Banda Aceh. </w:t>
      </w:r>
      <w:proofErr w:type="spellStart"/>
      <w:r w:rsidRPr="008D3058">
        <w:t>Dukungan</w:t>
      </w:r>
      <w:proofErr w:type="spellEnd"/>
      <w:r w:rsidRPr="008D3058">
        <w:t xml:space="preserve"> </w:t>
      </w:r>
      <w:proofErr w:type="spellStart"/>
      <w:r w:rsidRPr="008D3058">
        <w:t>kepala</w:t>
      </w:r>
      <w:proofErr w:type="spellEnd"/>
      <w:r w:rsidRPr="008D3058">
        <w:t xml:space="preserve"> </w:t>
      </w:r>
      <w:proofErr w:type="spellStart"/>
      <w:r w:rsidRPr="008D3058">
        <w:t>sekolah</w:t>
      </w:r>
      <w:proofErr w:type="spellEnd"/>
      <w:r w:rsidRPr="008D3058">
        <w:t xml:space="preserve"> yang </w:t>
      </w:r>
      <w:proofErr w:type="spellStart"/>
      <w:r w:rsidRPr="008D3058">
        <w:t>memberikan</w:t>
      </w:r>
      <w:proofErr w:type="spellEnd"/>
      <w:r w:rsidRPr="008D3058">
        <w:t xml:space="preserve"> </w:t>
      </w:r>
      <w:proofErr w:type="spellStart"/>
      <w:r w:rsidRPr="008D3058">
        <w:t>kebebasan</w:t>
      </w:r>
      <w:proofErr w:type="spellEnd"/>
      <w:r w:rsidRPr="008D3058">
        <w:t xml:space="preserve"> </w:t>
      </w:r>
      <w:proofErr w:type="spellStart"/>
      <w:r w:rsidRPr="008D3058">
        <w:t>kepada</w:t>
      </w:r>
      <w:proofErr w:type="spellEnd"/>
      <w:r w:rsidRPr="008D3058">
        <w:t xml:space="preserve"> guru </w:t>
      </w:r>
      <w:proofErr w:type="spellStart"/>
      <w:r w:rsidRPr="008D3058">
        <w:t>untuk</w:t>
      </w:r>
      <w:proofErr w:type="spellEnd"/>
      <w:r w:rsidRPr="008D3058">
        <w:t xml:space="preserve"> </w:t>
      </w:r>
      <w:proofErr w:type="spellStart"/>
      <w:r w:rsidRPr="008D3058">
        <w:t>menata</w:t>
      </w:r>
      <w:proofErr w:type="spellEnd"/>
      <w:r w:rsidRPr="008D3058">
        <w:t xml:space="preserve"> </w:t>
      </w:r>
      <w:proofErr w:type="spellStart"/>
      <w:r w:rsidRPr="008D3058">
        <w:t>ruang</w:t>
      </w:r>
      <w:proofErr w:type="spellEnd"/>
      <w:r w:rsidRPr="008D3058">
        <w:t xml:space="preserve"> </w:t>
      </w:r>
      <w:proofErr w:type="spellStart"/>
      <w:r w:rsidRPr="008D3058">
        <w:t>kelas</w:t>
      </w:r>
      <w:proofErr w:type="spellEnd"/>
      <w:r w:rsidRPr="008D3058">
        <w:t xml:space="preserve"> </w:t>
      </w:r>
      <w:proofErr w:type="spellStart"/>
      <w:r w:rsidRPr="008D3058">
        <w:t>sesuai</w:t>
      </w:r>
      <w:proofErr w:type="spellEnd"/>
      <w:r w:rsidRPr="008D3058">
        <w:t xml:space="preserve"> </w:t>
      </w:r>
      <w:proofErr w:type="spellStart"/>
      <w:r w:rsidRPr="008D3058">
        <w:t>kebutuhan</w:t>
      </w:r>
      <w:proofErr w:type="spellEnd"/>
      <w:r w:rsidRPr="008D3058">
        <w:t xml:space="preserve"> </w:t>
      </w:r>
      <w:proofErr w:type="spellStart"/>
      <w:r w:rsidRPr="008D3058">
        <w:t>pembelajaran</w:t>
      </w:r>
      <w:proofErr w:type="spellEnd"/>
      <w:r w:rsidRPr="008D3058">
        <w:t xml:space="preserve"> </w:t>
      </w:r>
      <w:proofErr w:type="spellStart"/>
      <w:r w:rsidRPr="008D3058">
        <w:t>menjadi</w:t>
      </w:r>
      <w:proofErr w:type="spellEnd"/>
      <w:r w:rsidRPr="008D3058">
        <w:t xml:space="preserve"> </w:t>
      </w:r>
      <w:proofErr w:type="spellStart"/>
      <w:r w:rsidRPr="008D3058">
        <w:t>faktor</w:t>
      </w:r>
      <w:proofErr w:type="spellEnd"/>
      <w:r w:rsidRPr="008D3058">
        <w:t xml:space="preserve"> </w:t>
      </w:r>
      <w:proofErr w:type="spellStart"/>
      <w:r w:rsidRPr="008D3058">
        <w:t>pendukung</w:t>
      </w:r>
      <w:proofErr w:type="spellEnd"/>
      <w:r w:rsidRPr="008D3058">
        <w:t xml:space="preserve"> </w:t>
      </w:r>
      <w:proofErr w:type="spellStart"/>
      <w:r w:rsidRPr="008D3058">
        <w:t>utama</w:t>
      </w:r>
      <w:proofErr w:type="spellEnd"/>
      <w:r w:rsidRPr="008D3058">
        <w:t xml:space="preserve">. </w:t>
      </w:r>
      <w:proofErr w:type="spellStart"/>
      <w:r w:rsidRPr="008D3058">
        <w:t>Kebijakan</w:t>
      </w:r>
      <w:proofErr w:type="spellEnd"/>
      <w:r w:rsidRPr="008D3058">
        <w:t xml:space="preserve"> </w:t>
      </w:r>
      <w:proofErr w:type="spellStart"/>
      <w:r w:rsidRPr="008D3058">
        <w:t>ini</w:t>
      </w:r>
      <w:proofErr w:type="spellEnd"/>
      <w:r w:rsidRPr="008D3058">
        <w:t xml:space="preserve"> </w:t>
      </w:r>
      <w:proofErr w:type="spellStart"/>
      <w:r w:rsidRPr="008D3058">
        <w:t>mendorong</w:t>
      </w:r>
      <w:proofErr w:type="spellEnd"/>
      <w:r w:rsidRPr="008D3058">
        <w:t xml:space="preserve"> guru </w:t>
      </w:r>
      <w:proofErr w:type="spellStart"/>
      <w:r w:rsidRPr="008D3058">
        <w:t>untuk</w:t>
      </w:r>
      <w:proofErr w:type="spellEnd"/>
      <w:r w:rsidRPr="008D3058">
        <w:t xml:space="preserve"> </w:t>
      </w:r>
      <w:proofErr w:type="spellStart"/>
      <w:r w:rsidRPr="008D3058">
        <w:t>lebih</w:t>
      </w:r>
      <w:proofErr w:type="spellEnd"/>
      <w:r w:rsidRPr="008D3058">
        <w:t xml:space="preserve"> </w:t>
      </w:r>
      <w:proofErr w:type="spellStart"/>
      <w:r w:rsidRPr="008D3058">
        <w:t>kreatif</w:t>
      </w:r>
      <w:proofErr w:type="spellEnd"/>
      <w:r w:rsidRPr="008D3058">
        <w:t xml:space="preserve"> dan </w:t>
      </w:r>
      <w:proofErr w:type="spellStart"/>
      <w:r w:rsidRPr="008D3058">
        <w:t>inovatif</w:t>
      </w:r>
      <w:proofErr w:type="spellEnd"/>
      <w:r w:rsidRPr="008D3058">
        <w:t xml:space="preserve"> </w:t>
      </w:r>
      <w:proofErr w:type="spellStart"/>
      <w:r w:rsidRPr="008D3058">
        <w:t>dalam</w:t>
      </w:r>
      <w:proofErr w:type="spellEnd"/>
      <w:r w:rsidRPr="008D3058">
        <w:t xml:space="preserve"> </w:t>
      </w:r>
      <w:proofErr w:type="spellStart"/>
      <w:r w:rsidRPr="008D3058">
        <w:t>merancang</w:t>
      </w:r>
      <w:proofErr w:type="spellEnd"/>
      <w:r w:rsidRPr="008D3058">
        <w:t xml:space="preserve"> </w:t>
      </w:r>
      <w:proofErr w:type="spellStart"/>
      <w:r w:rsidRPr="008D3058">
        <w:t>desain</w:t>
      </w:r>
      <w:proofErr w:type="spellEnd"/>
      <w:r w:rsidRPr="008D3058">
        <w:t xml:space="preserve"> </w:t>
      </w:r>
      <w:proofErr w:type="spellStart"/>
      <w:r w:rsidRPr="008D3058">
        <w:t>ruang</w:t>
      </w:r>
      <w:proofErr w:type="spellEnd"/>
      <w:r w:rsidRPr="008D3058">
        <w:t xml:space="preserve"> </w:t>
      </w:r>
      <w:proofErr w:type="spellStart"/>
      <w:r w:rsidRPr="008D3058">
        <w:t>kelas</w:t>
      </w:r>
      <w:proofErr w:type="spellEnd"/>
      <w:r w:rsidRPr="008D3058">
        <w:t xml:space="preserve"> yang </w:t>
      </w:r>
      <w:proofErr w:type="spellStart"/>
      <w:r w:rsidRPr="008D3058">
        <w:t>fleksibel</w:t>
      </w:r>
      <w:proofErr w:type="spellEnd"/>
      <w:r w:rsidRPr="008D3058">
        <w:t xml:space="preserve"> dan </w:t>
      </w:r>
      <w:proofErr w:type="spellStart"/>
      <w:r w:rsidRPr="008D3058">
        <w:t>kontekstual</w:t>
      </w:r>
      <w:proofErr w:type="spellEnd"/>
      <w:r w:rsidRPr="008D3058">
        <w:t>.</w:t>
      </w:r>
    </w:p>
    <w:p w14:paraId="1BA827FB" w14:textId="77777777" w:rsidR="001137CC" w:rsidRPr="008D3058" w:rsidRDefault="001137CC" w:rsidP="001137CC">
      <w:pPr>
        <w:ind w:firstLine="720"/>
        <w:jc w:val="both"/>
      </w:pPr>
      <w:proofErr w:type="spellStart"/>
      <w:r w:rsidRPr="008D3058">
        <w:t>Peluang</w:t>
      </w:r>
      <w:proofErr w:type="spellEnd"/>
      <w:r w:rsidRPr="008D3058">
        <w:t xml:space="preserve"> </w:t>
      </w:r>
      <w:proofErr w:type="spellStart"/>
      <w:r w:rsidRPr="008D3058">
        <w:t>lainnya</w:t>
      </w:r>
      <w:proofErr w:type="spellEnd"/>
      <w:r w:rsidRPr="008D3058">
        <w:t xml:space="preserve"> </w:t>
      </w:r>
      <w:proofErr w:type="spellStart"/>
      <w:r w:rsidRPr="008D3058">
        <w:t>terlihat</w:t>
      </w:r>
      <w:proofErr w:type="spellEnd"/>
      <w:r w:rsidRPr="008D3058">
        <w:t xml:space="preserve"> </w:t>
      </w:r>
      <w:proofErr w:type="spellStart"/>
      <w:r w:rsidRPr="008D3058">
        <w:t>dari</w:t>
      </w:r>
      <w:proofErr w:type="spellEnd"/>
      <w:r w:rsidRPr="008D3058">
        <w:t xml:space="preserve"> </w:t>
      </w:r>
      <w:proofErr w:type="spellStart"/>
      <w:r w:rsidRPr="008D3058">
        <w:t>ketersediaan</w:t>
      </w:r>
      <w:proofErr w:type="spellEnd"/>
      <w:r w:rsidRPr="008D3058">
        <w:t xml:space="preserve"> </w:t>
      </w:r>
      <w:proofErr w:type="spellStart"/>
      <w:r w:rsidRPr="008D3058">
        <w:t>sarana</w:t>
      </w:r>
      <w:proofErr w:type="spellEnd"/>
      <w:r w:rsidRPr="008D3058">
        <w:t xml:space="preserve"> </w:t>
      </w:r>
      <w:proofErr w:type="spellStart"/>
      <w:r w:rsidRPr="008D3058">
        <w:t>dasar</w:t>
      </w:r>
      <w:proofErr w:type="spellEnd"/>
      <w:r w:rsidRPr="008D3058">
        <w:t xml:space="preserve"> </w:t>
      </w:r>
      <w:proofErr w:type="spellStart"/>
      <w:r w:rsidRPr="008D3058">
        <w:t>pembelajaran</w:t>
      </w:r>
      <w:proofErr w:type="spellEnd"/>
      <w:r w:rsidRPr="008D3058">
        <w:t xml:space="preserve"> yang </w:t>
      </w:r>
      <w:proofErr w:type="spellStart"/>
      <w:r w:rsidRPr="008D3058">
        <w:t>relatif</w:t>
      </w:r>
      <w:proofErr w:type="spellEnd"/>
      <w:r w:rsidRPr="008D3058">
        <w:t xml:space="preserve"> </w:t>
      </w:r>
      <w:proofErr w:type="spellStart"/>
      <w:r w:rsidRPr="008D3058">
        <w:t>memadai</w:t>
      </w:r>
      <w:proofErr w:type="spellEnd"/>
      <w:r w:rsidRPr="008D3058">
        <w:t xml:space="preserve"> </w:t>
      </w:r>
      <w:proofErr w:type="spellStart"/>
      <w:r w:rsidRPr="008D3058">
        <w:t>serta</w:t>
      </w:r>
      <w:proofErr w:type="spellEnd"/>
      <w:r w:rsidRPr="008D3058">
        <w:t xml:space="preserve"> </w:t>
      </w:r>
      <w:proofErr w:type="spellStart"/>
      <w:r w:rsidRPr="008D3058">
        <w:t>antusiasme</w:t>
      </w:r>
      <w:proofErr w:type="spellEnd"/>
      <w:r w:rsidRPr="008D3058">
        <w:t xml:space="preserve"> </w:t>
      </w:r>
      <w:proofErr w:type="spellStart"/>
      <w:r w:rsidRPr="008D3058">
        <w:t>siswa</w:t>
      </w:r>
      <w:proofErr w:type="spellEnd"/>
      <w:r w:rsidRPr="008D3058">
        <w:t xml:space="preserve"> </w:t>
      </w:r>
      <w:proofErr w:type="spellStart"/>
      <w:r w:rsidRPr="008D3058">
        <w:t>terhadap</w:t>
      </w:r>
      <w:proofErr w:type="spellEnd"/>
      <w:r w:rsidRPr="008D3058">
        <w:t xml:space="preserve"> </w:t>
      </w:r>
      <w:proofErr w:type="spellStart"/>
      <w:r w:rsidRPr="008D3058">
        <w:t>pembelajaran</w:t>
      </w:r>
      <w:proofErr w:type="spellEnd"/>
      <w:r w:rsidRPr="008D3058">
        <w:t xml:space="preserve"> </w:t>
      </w:r>
      <w:proofErr w:type="spellStart"/>
      <w:r w:rsidRPr="008D3058">
        <w:t>kolaboratif</w:t>
      </w:r>
      <w:proofErr w:type="spellEnd"/>
      <w:r w:rsidRPr="008D3058">
        <w:t xml:space="preserve"> dan </w:t>
      </w:r>
      <w:proofErr w:type="spellStart"/>
      <w:r w:rsidRPr="008D3058">
        <w:t>berbasis</w:t>
      </w:r>
      <w:proofErr w:type="spellEnd"/>
      <w:r w:rsidRPr="008D3058">
        <w:t xml:space="preserve"> </w:t>
      </w:r>
      <w:proofErr w:type="spellStart"/>
      <w:r w:rsidRPr="008D3058">
        <w:t>teknologi</w:t>
      </w:r>
      <w:proofErr w:type="spellEnd"/>
      <w:r w:rsidRPr="008D3058">
        <w:t xml:space="preserve">. Guru </w:t>
      </w:r>
      <w:proofErr w:type="spellStart"/>
      <w:r w:rsidRPr="008D3058">
        <w:t>memanfaatkan</w:t>
      </w:r>
      <w:proofErr w:type="spellEnd"/>
      <w:r w:rsidRPr="008D3058">
        <w:t xml:space="preserve"> </w:t>
      </w:r>
      <w:proofErr w:type="spellStart"/>
      <w:r w:rsidRPr="008D3058">
        <w:t>infokus</w:t>
      </w:r>
      <w:proofErr w:type="spellEnd"/>
      <w:r w:rsidRPr="008D3058">
        <w:t xml:space="preserve"> dan IFP </w:t>
      </w:r>
      <w:proofErr w:type="spellStart"/>
      <w:r w:rsidRPr="008D3058">
        <w:t>untuk</w:t>
      </w:r>
      <w:proofErr w:type="spellEnd"/>
      <w:r w:rsidRPr="008D3058">
        <w:t xml:space="preserve"> </w:t>
      </w:r>
      <w:proofErr w:type="spellStart"/>
      <w:r w:rsidRPr="008D3058">
        <w:t>menampilkan</w:t>
      </w:r>
      <w:proofErr w:type="spellEnd"/>
      <w:r w:rsidRPr="008D3058">
        <w:t xml:space="preserve"> </w:t>
      </w:r>
      <w:proofErr w:type="spellStart"/>
      <w:r w:rsidRPr="008D3058">
        <w:t>materi</w:t>
      </w:r>
      <w:proofErr w:type="spellEnd"/>
      <w:r w:rsidRPr="008D3058">
        <w:t xml:space="preserve"> visual dan </w:t>
      </w:r>
      <w:proofErr w:type="spellStart"/>
      <w:r w:rsidRPr="008D3058">
        <w:t>permainan</w:t>
      </w:r>
      <w:proofErr w:type="spellEnd"/>
      <w:r w:rsidRPr="008D3058">
        <w:t xml:space="preserve"> </w:t>
      </w:r>
      <w:proofErr w:type="spellStart"/>
      <w:r w:rsidRPr="008D3058">
        <w:t>interaktif</w:t>
      </w:r>
      <w:proofErr w:type="spellEnd"/>
      <w:r w:rsidRPr="008D3058">
        <w:t xml:space="preserve"> yang </w:t>
      </w:r>
      <w:proofErr w:type="spellStart"/>
      <w:r w:rsidRPr="008D3058">
        <w:t>mampu</w:t>
      </w:r>
      <w:proofErr w:type="spellEnd"/>
      <w:r w:rsidRPr="008D3058">
        <w:t xml:space="preserve"> </w:t>
      </w:r>
      <w:proofErr w:type="spellStart"/>
      <w:r w:rsidRPr="008D3058">
        <w:t>meningkatkan</w:t>
      </w:r>
      <w:proofErr w:type="spellEnd"/>
      <w:r w:rsidRPr="008D3058">
        <w:t xml:space="preserve"> </w:t>
      </w:r>
      <w:proofErr w:type="spellStart"/>
      <w:r w:rsidRPr="008D3058">
        <w:t>keterlibatan</w:t>
      </w:r>
      <w:proofErr w:type="spellEnd"/>
      <w:r w:rsidRPr="008D3058">
        <w:t xml:space="preserve"> dan </w:t>
      </w:r>
      <w:proofErr w:type="spellStart"/>
      <w:r w:rsidRPr="008D3058">
        <w:t>motivasi</w:t>
      </w:r>
      <w:proofErr w:type="spellEnd"/>
      <w:r w:rsidRPr="008D3058">
        <w:t xml:space="preserve"> </w:t>
      </w:r>
      <w:proofErr w:type="spellStart"/>
      <w:r w:rsidRPr="008D3058">
        <w:t>belajar</w:t>
      </w:r>
      <w:proofErr w:type="spellEnd"/>
      <w:r w:rsidRPr="008D3058">
        <w:t xml:space="preserve"> </w:t>
      </w:r>
      <w:proofErr w:type="spellStart"/>
      <w:r w:rsidRPr="008D3058">
        <w:t>siswa</w:t>
      </w:r>
      <w:proofErr w:type="spellEnd"/>
      <w:r w:rsidRPr="008D3058">
        <w:t xml:space="preserve">. Selain </w:t>
      </w:r>
      <w:proofErr w:type="spellStart"/>
      <w:r w:rsidRPr="008D3058">
        <w:t>itu</w:t>
      </w:r>
      <w:proofErr w:type="spellEnd"/>
      <w:r w:rsidRPr="008D3058">
        <w:t xml:space="preserve">, </w:t>
      </w:r>
      <w:proofErr w:type="spellStart"/>
      <w:r w:rsidRPr="008D3058">
        <w:t>kreativitas</w:t>
      </w:r>
      <w:proofErr w:type="spellEnd"/>
      <w:r w:rsidRPr="008D3058">
        <w:t xml:space="preserve"> guru </w:t>
      </w:r>
      <w:proofErr w:type="spellStart"/>
      <w:r w:rsidRPr="008D3058">
        <w:t>dalam</w:t>
      </w:r>
      <w:proofErr w:type="spellEnd"/>
      <w:r w:rsidRPr="008D3058">
        <w:t xml:space="preserve"> </w:t>
      </w:r>
      <w:proofErr w:type="spellStart"/>
      <w:r w:rsidRPr="008D3058">
        <w:t>memodifikasi</w:t>
      </w:r>
      <w:proofErr w:type="spellEnd"/>
      <w:r w:rsidRPr="008D3058">
        <w:t xml:space="preserve"> model </w:t>
      </w:r>
      <w:proofErr w:type="spellStart"/>
      <w:r w:rsidRPr="008D3058">
        <w:t>penataan</w:t>
      </w:r>
      <w:proofErr w:type="spellEnd"/>
      <w:r w:rsidRPr="008D3058">
        <w:t xml:space="preserve"> </w:t>
      </w:r>
      <w:proofErr w:type="spellStart"/>
      <w:r w:rsidRPr="008D3058">
        <w:t>ruang</w:t>
      </w:r>
      <w:proofErr w:type="spellEnd"/>
      <w:r w:rsidRPr="008D3058">
        <w:t xml:space="preserve"> </w:t>
      </w:r>
      <w:proofErr w:type="spellStart"/>
      <w:r w:rsidRPr="008D3058">
        <w:t>kelas</w:t>
      </w:r>
      <w:proofErr w:type="spellEnd"/>
      <w:r w:rsidRPr="008D3058">
        <w:t xml:space="preserve">, </w:t>
      </w:r>
      <w:proofErr w:type="spellStart"/>
      <w:r w:rsidRPr="008D3058">
        <w:t>seperti</w:t>
      </w:r>
      <w:proofErr w:type="spellEnd"/>
      <w:r w:rsidRPr="008D3058">
        <w:t xml:space="preserve"> </w:t>
      </w:r>
      <w:proofErr w:type="spellStart"/>
      <w:r w:rsidRPr="008D3058">
        <w:t>penggunaan</w:t>
      </w:r>
      <w:proofErr w:type="spellEnd"/>
      <w:r w:rsidRPr="008D3058">
        <w:t xml:space="preserve"> </w:t>
      </w:r>
      <w:proofErr w:type="spellStart"/>
      <w:r w:rsidRPr="008D3058">
        <w:t>desain</w:t>
      </w:r>
      <w:proofErr w:type="spellEnd"/>
      <w:r w:rsidRPr="008D3058">
        <w:t xml:space="preserve"> </w:t>
      </w:r>
      <w:proofErr w:type="spellStart"/>
      <w:r w:rsidRPr="008D3058">
        <w:t>menyerupai</w:t>
      </w:r>
      <w:proofErr w:type="spellEnd"/>
      <w:r w:rsidRPr="008D3058">
        <w:t xml:space="preserve"> </w:t>
      </w:r>
      <w:proofErr w:type="spellStart"/>
      <w:r w:rsidRPr="008D3058">
        <w:t>huruf</w:t>
      </w:r>
      <w:proofErr w:type="spellEnd"/>
      <w:r w:rsidRPr="008D3058">
        <w:t xml:space="preserve"> V, </w:t>
      </w:r>
      <w:proofErr w:type="spellStart"/>
      <w:r w:rsidRPr="008D3058">
        <w:t>menunjukkan</w:t>
      </w:r>
      <w:proofErr w:type="spellEnd"/>
      <w:r w:rsidRPr="008D3058">
        <w:t xml:space="preserve"> </w:t>
      </w:r>
      <w:proofErr w:type="spellStart"/>
      <w:r w:rsidRPr="008D3058">
        <w:t>adanya</w:t>
      </w:r>
      <w:proofErr w:type="spellEnd"/>
      <w:r w:rsidRPr="008D3058">
        <w:t xml:space="preserve"> </w:t>
      </w:r>
      <w:proofErr w:type="spellStart"/>
      <w:r w:rsidRPr="008D3058">
        <w:t>adaptasi</w:t>
      </w:r>
      <w:proofErr w:type="spellEnd"/>
      <w:r w:rsidRPr="008D3058">
        <w:t xml:space="preserve"> </w:t>
      </w:r>
      <w:proofErr w:type="spellStart"/>
      <w:r w:rsidRPr="008D3058">
        <w:t>lokal</w:t>
      </w:r>
      <w:proofErr w:type="spellEnd"/>
      <w:r w:rsidRPr="008D3058">
        <w:t xml:space="preserve"> yang </w:t>
      </w:r>
      <w:proofErr w:type="spellStart"/>
      <w:r w:rsidRPr="008D3058">
        <w:t>mendukung</w:t>
      </w:r>
      <w:proofErr w:type="spellEnd"/>
      <w:r w:rsidRPr="008D3058">
        <w:t xml:space="preserve"> </w:t>
      </w:r>
      <w:proofErr w:type="spellStart"/>
      <w:r w:rsidRPr="008D3058">
        <w:t>pelaksanaan</w:t>
      </w:r>
      <w:proofErr w:type="spellEnd"/>
      <w:r w:rsidRPr="008D3058">
        <w:t xml:space="preserve"> </w:t>
      </w:r>
      <w:r w:rsidRPr="008D3058">
        <w:rPr>
          <w:i/>
          <w:iCs/>
        </w:rPr>
        <w:t>deep learning</w:t>
      </w:r>
      <w:r w:rsidRPr="008D3058">
        <w:t xml:space="preserve"> </w:t>
      </w:r>
      <w:proofErr w:type="spellStart"/>
      <w:r w:rsidRPr="008D3058">
        <w:t>meskipun</w:t>
      </w:r>
      <w:proofErr w:type="spellEnd"/>
      <w:r w:rsidRPr="008D3058">
        <w:t xml:space="preserve"> </w:t>
      </w:r>
      <w:proofErr w:type="spellStart"/>
      <w:r w:rsidRPr="008D3058">
        <w:t>dengan</w:t>
      </w:r>
      <w:proofErr w:type="spellEnd"/>
      <w:r w:rsidRPr="008D3058">
        <w:t xml:space="preserve"> </w:t>
      </w:r>
      <w:proofErr w:type="spellStart"/>
      <w:r w:rsidRPr="008D3058">
        <w:t>keterbatasan</w:t>
      </w:r>
      <w:proofErr w:type="spellEnd"/>
      <w:r w:rsidRPr="008D3058">
        <w:t xml:space="preserve"> </w:t>
      </w:r>
      <w:proofErr w:type="spellStart"/>
      <w:r w:rsidRPr="008D3058">
        <w:t>fasilitas</w:t>
      </w:r>
      <w:proofErr w:type="spellEnd"/>
      <w:r w:rsidRPr="008D3058">
        <w:t>.</w:t>
      </w:r>
    </w:p>
    <w:p w14:paraId="1D128CE5" w14:textId="77777777" w:rsidR="001137CC" w:rsidRPr="008D3058" w:rsidRDefault="001137CC" w:rsidP="001137CC">
      <w:pPr>
        <w:ind w:firstLine="720"/>
        <w:jc w:val="both"/>
      </w:pPr>
      <w:proofErr w:type="spellStart"/>
      <w:r w:rsidRPr="008D3058">
        <w:t>Dengan</w:t>
      </w:r>
      <w:proofErr w:type="spellEnd"/>
      <w:r w:rsidRPr="008D3058">
        <w:t xml:space="preserve"> </w:t>
      </w:r>
      <w:proofErr w:type="spellStart"/>
      <w:r w:rsidRPr="008D3058">
        <w:t>demikian</w:t>
      </w:r>
      <w:proofErr w:type="spellEnd"/>
      <w:r w:rsidRPr="008D3058">
        <w:t xml:space="preserve">, </w:t>
      </w:r>
      <w:proofErr w:type="spellStart"/>
      <w:r w:rsidRPr="008D3058">
        <w:t>tantangan</w:t>
      </w:r>
      <w:proofErr w:type="spellEnd"/>
      <w:r w:rsidRPr="008D3058">
        <w:t xml:space="preserve"> dan </w:t>
      </w:r>
      <w:proofErr w:type="spellStart"/>
      <w:r w:rsidRPr="008D3058">
        <w:t>peluang</w:t>
      </w:r>
      <w:proofErr w:type="spellEnd"/>
      <w:r w:rsidRPr="008D3058">
        <w:t xml:space="preserve"> </w:t>
      </w:r>
      <w:proofErr w:type="spellStart"/>
      <w:r w:rsidRPr="008D3058">
        <w:t>dalam</w:t>
      </w:r>
      <w:proofErr w:type="spellEnd"/>
      <w:r w:rsidRPr="008D3058">
        <w:t xml:space="preserve"> </w:t>
      </w:r>
      <w:proofErr w:type="spellStart"/>
      <w:r w:rsidRPr="008D3058">
        <w:t>menyiapkan</w:t>
      </w:r>
      <w:proofErr w:type="spellEnd"/>
      <w:r w:rsidRPr="008D3058">
        <w:t xml:space="preserve"> </w:t>
      </w:r>
      <w:proofErr w:type="spellStart"/>
      <w:r w:rsidRPr="008D3058">
        <w:t>ruang</w:t>
      </w:r>
      <w:proofErr w:type="spellEnd"/>
      <w:r w:rsidRPr="008D3058">
        <w:t xml:space="preserve"> </w:t>
      </w:r>
      <w:proofErr w:type="spellStart"/>
      <w:r w:rsidRPr="008D3058">
        <w:t>kelas</w:t>
      </w:r>
      <w:proofErr w:type="spellEnd"/>
      <w:r w:rsidRPr="008D3058">
        <w:t xml:space="preserve"> </w:t>
      </w:r>
      <w:proofErr w:type="spellStart"/>
      <w:r w:rsidRPr="008D3058">
        <w:t>berbasis</w:t>
      </w:r>
      <w:proofErr w:type="spellEnd"/>
      <w:r w:rsidRPr="008D3058">
        <w:t xml:space="preserve"> </w:t>
      </w:r>
      <w:r w:rsidRPr="008D3058">
        <w:rPr>
          <w:i/>
          <w:iCs/>
        </w:rPr>
        <w:t>deep learning</w:t>
      </w:r>
      <w:r w:rsidRPr="008D3058">
        <w:t xml:space="preserve"> di SDN 16 Banda Aceh </w:t>
      </w:r>
      <w:proofErr w:type="spellStart"/>
      <w:r w:rsidRPr="008D3058">
        <w:t>saling</w:t>
      </w:r>
      <w:proofErr w:type="spellEnd"/>
      <w:r w:rsidRPr="008D3058">
        <w:t xml:space="preserve"> </w:t>
      </w:r>
      <w:proofErr w:type="spellStart"/>
      <w:r w:rsidRPr="008D3058">
        <w:t>berkaitan</w:t>
      </w:r>
      <w:proofErr w:type="spellEnd"/>
      <w:r w:rsidRPr="008D3058">
        <w:t xml:space="preserve">. </w:t>
      </w:r>
      <w:proofErr w:type="spellStart"/>
      <w:r w:rsidRPr="008D3058">
        <w:t>Tantangan</w:t>
      </w:r>
      <w:proofErr w:type="spellEnd"/>
      <w:r w:rsidRPr="008D3058">
        <w:t xml:space="preserve"> </w:t>
      </w:r>
      <w:proofErr w:type="spellStart"/>
      <w:r w:rsidRPr="008D3058">
        <w:t>berupa</w:t>
      </w:r>
      <w:proofErr w:type="spellEnd"/>
      <w:r w:rsidRPr="008D3058">
        <w:t xml:space="preserve"> </w:t>
      </w:r>
      <w:proofErr w:type="spellStart"/>
      <w:r w:rsidRPr="008D3058">
        <w:t>perbedaan</w:t>
      </w:r>
      <w:proofErr w:type="spellEnd"/>
      <w:r w:rsidRPr="008D3058">
        <w:t xml:space="preserve"> </w:t>
      </w:r>
      <w:proofErr w:type="spellStart"/>
      <w:r w:rsidRPr="008D3058">
        <w:t>kemampuan</w:t>
      </w:r>
      <w:proofErr w:type="spellEnd"/>
      <w:r w:rsidRPr="008D3058">
        <w:t xml:space="preserve"> </w:t>
      </w:r>
      <w:proofErr w:type="spellStart"/>
      <w:r w:rsidRPr="008D3058">
        <w:t>siswa</w:t>
      </w:r>
      <w:proofErr w:type="spellEnd"/>
      <w:r w:rsidRPr="008D3058">
        <w:t xml:space="preserve">, </w:t>
      </w:r>
      <w:proofErr w:type="spellStart"/>
      <w:r w:rsidRPr="008D3058">
        <w:t>keterbatasan</w:t>
      </w:r>
      <w:proofErr w:type="spellEnd"/>
      <w:r w:rsidRPr="008D3058">
        <w:t xml:space="preserve"> </w:t>
      </w:r>
      <w:proofErr w:type="spellStart"/>
      <w:r w:rsidRPr="008D3058">
        <w:t>waktu</w:t>
      </w:r>
      <w:proofErr w:type="spellEnd"/>
      <w:r w:rsidRPr="008D3058">
        <w:t xml:space="preserve">, dan </w:t>
      </w:r>
      <w:proofErr w:type="spellStart"/>
      <w:r w:rsidRPr="008D3058">
        <w:t>sarana</w:t>
      </w:r>
      <w:proofErr w:type="spellEnd"/>
      <w:r w:rsidRPr="008D3058">
        <w:t xml:space="preserve"> </w:t>
      </w:r>
      <w:proofErr w:type="spellStart"/>
      <w:r w:rsidRPr="008D3058">
        <w:t>teknologi</w:t>
      </w:r>
      <w:proofErr w:type="spellEnd"/>
      <w:r w:rsidRPr="008D3058">
        <w:t xml:space="preserve"> </w:t>
      </w:r>
      <w:proofErr w:type="spellStart"/>
      <w:r w:rsidRPr="008D3058">
        <w:t>menuntut</w:t>
      </w:r>
      <w:proofErr w:type="spellEnd"/>
      <w:r w:rsidRPr="008D3058">
        <w:t xml:space="preserve"> strategi </w:t>
      </w:r>
      <w:proofErr w:type="spellStart"/>
      <w:r w:rsidRPr="008D3058">
        <w:t>pengelolaan</w:t>
      </w:r>
      <w:proofErr w:type="spellEnd"/>
      <w:r w:rsidRPr="008D3058">
        <w:t xml:space="preserve"> </w:t>
      </w:r>
      <w:proofErr w:type="spellStart"/>
      <w:r w:rsidRPr="008D3058">
        <w:t>kelas</w:t>
      </w:r>
      <w:proofErr w:type="spellEnd"/>
      <w:r w:rsidRPr="008D3058">
        <w:t xml:space="preserve"> yang </w:t>
      </w:r>
      <w:proofErr w:type="spellStart"/>
      <w:r w:rsidRPr="008D3058">
        <w:t>adaptif</w:t>
      </w:r>
      <w:proofErr w:type="spellEnd"/>
      <w:r w:rsidRPr="008D3058">
        <w:t xml:space="preserve">. </w:t>
      </w:r>
      <w:proofErr w:type="spellStart"/>
      <w:r w:rsidRPr="008D3058">
        <w:t>Sementara</w:t>
      </w:r>
      <w:proofErr w:type="spellEnd"/>
      <w:r w:rsidRPr="008D3058">
        <w:t xml:space="preserve"> </w:t>
      </w:r>
      <w:proofErr w:type="spellStart"/>
      <w:r w:rsidRPr="008D3058">
        <w:t>itu</w:t>
      </w:r>
      <w:proofErr w:type="spellEnd"/>
      <w:r w:rsidRPr="008D3058">
        <w:t xml:space="preserve">, </w:t>
      </w:r>
      <w:proofErr w:type="spellStart"/>
      <w:r w:rsidRPr="008D3058">
        <w:t>dukungan</w:t>
      </w:r>
      <w:proofErr w:type="spellEnd"/>
      <w:r w:rsidRPr="008D3058">
        <w:t xml:space="preserve"> </w:t>
      </w:r>
      <w:proofErr w:type="spellStart"/>
      <w:r w:rsidRPr="008D3058">
        <w:t>pimpinan</w:t>
      </w:r>
      <w:proofErr w:type="spellEnd"/>
      <w:r w:rsidRPr="008D3058">
        <w:t xml:space="preserve"> </w:t>
      </w:r>
      <w:proofErr w:type="spellStart"/>
      <w:r w:rsidRPr="008D3058">
        <w:t>sekolah</w:t>
      </w:r>
      <w:proofErr w:type="spellEnd"/>
      <w:r w:rsidRPr="008D3058">
        <w:t xml:space="preserve">, </w:t>
      </w:r>
      <w:proofErr w:type="spellStart"/>
      <w:r w:rsidRPr="008D3058">
        <w:t>kreativitas</w:t>
      </w:r>
      <w:proofErr w:type="spellEnd"/>
      <w:r w:rsidRPr="008D3058">
        <w:t xml:space="preserve"> guru, </w:t>
      </w:r>
      <w:proofErr w:type="spellStart"/>
      <w:r w:rsidRPr="008D3058">
        <w:t>serta</w:t>
      </w:r>
      <w:proofErr w:type="spellEnd"/>
      <w:r w:rsidRPr="008D3058">
        <w:t xml:space="preserve"> </w:t>
      </w:r>
      <w:proofErr w:type="spellStart"/>
      <w:r w:rsidRPr="008D3058">
        <w:t>respons</w:t>
      </w:r>
      <w:proofErr w:type="spellEnd"/>
      <w:r w:rsidRPr="008D3058">
        <w:t xml:space="preserve"> </w:t>
      </w:r>
      <w:proofErr w:type="spellStart"/>
      <w:r w:rsidRPr="008D3058">
        <w:t>positif</w:t>
      </w:r>
      <w:proofErr w:type="spellEnd"/>
      <w:r w:rsidRPr="008D3058">
        <w:t xml:space="preserve"> </w:t>
      </w:r>
      <w:proofErr w:type="spellStart"/>
      <w:r w:rsidRPr="008D3058">
        <w:t>siswa</w:t>
      </w:r>
      <w:proofErr w:type="spellEnd"/>
      <w:r w:rsidRPr="008D3058">
        <w:t xml:space="preserve"> </w:t>
      </w:r>
      <w:proofErr w:type="spellStart"/>
      <w:r w:rsidRPr="008D3058">
        <w:t>terhadap</w:t>
      </w:r>
      <w:proofErr w:type="spellEnd"/>
      <w:r w:rsidRPr="008D3058">
        <w:t xml:space="preserve"> </w:t>
      </w:r>
      <w:proofErr w:type="spellStart"/>
      <w:r w:rsidRPr="008D3058">
        <w:t>pembelajaran</w:t>
      </w:r>
      <w:proofErr w:type="spellEnd"/>
      <w:r w:rsidRPr="008D3058">
        <w:t xml:space="preserve"> </w:t>
      </w:r>
      <w:proofErr w:type="spellStart"/>
      <w:r w:rsidRPr="008D3058">
        <w:t>kolaboratif</w:t>
      </w:r>
      <w:proofErr w:type="spellEnd"/>
      <w:r w:rsidRPr="008D3058">
        <w:t xml:space="preserve"> </w:t>
      </w:r>
      <w:proofErr w:type="spellStart"/>
      <w:r w:rsidRPr="008D3058">
        <w:t>menjadi</w:t>
      </w:r>
      <w:proofErr w:type="spellEnd"/>
      <w:r w:rsidRPr="008D3058">
        <w:t xml:space="preserve"> </w:t>
      </w:r>
      <w:proofErr w:type="spellStart"/>
      <w:r w:rsidRPr="008D3058">
        <w:t>peluang</w:t>
      </w:r>
      <w:proofErr w:type="spellEnd"/>
      <w:r w:rsidRPr="008D3058">
        <w:t xml:space="preserve"> </w:t>
      </w:r>
      <w:proofErr w:type="spellStart"/>
      <w:r w:rsidRPr="008D3058">
        <w:t>strategis</w:t>
      </w:r>
      <w:proofErr w:type="spellEnd"/>
      <w:r w:rsidRPr="008D3058">
        <w:t xml:space="preserve"> </w:t>
      </w:r>
      <w:proofErr w:type="spellStart"/>
      <w:r w:rsidRPr="008D3058">
        <w:t>dalam</w:t>
      </w:r>
      <w:proofErr w:type="spellEnd"/>
      <w:r w:rsidRPr="008D3058">
        <w:t xml:space="preserve"> </w:t>
      </w:r>
      <w:proofErr w:type="spellStart"/>
      <w:r w:rsidRPr="008D3058">
        <w:t>mengembangkan</w:t>
      </w:r>
      <w:proofErr w:type="spellEnd"/>
      <w:r w:rsidRPr="008D3058">
        <w:t xml:space="preserve"> </w:t>
      </w:r>
      <w:proofErr w:type="spellStart"/>
      <w:r w:rsidRPr="008D3058">
        <w:t>desain</w:t>
      </w:r>
      <w:proofErr w:type="spellEnd"/>
      <w:r w:rsidRPr="008D3058">
        <w:t xml:space="preserve"> </w:t>
      </w:r>
      <w:proofErr w:type="spellStart"/>
      <w:r w:rsidRPr="008D3058">
        <w:t>ruang</w:t>
      </w:r>
      <w:proofErr w:type="spellEnd"/>
      <w:r w:rsidRPr="008D3058">
        <w:t xml:space="preserve"> </w:t>
      </w:r>
      <w:proofErr w:type="spellStart"/>
      <w:r w:rsidRPr="008D3058">
        <w:t>kelas</w:t>
      </w:r>
      <w:proofErr w:type="spellEnd"/>
      <w:r w:rsidRPr="008D3058">
        <w:t xml:space="preserve"> yang </w:t>
      </w:r>
      <w:proofErr w:type="spellStart"/>
      <w:r w:rsidRPr="008D3058">
        <w:t>mendukung</w:t>
      </w:r>
      <w:proofErr w:type="spellEnd"/>
      <w:r w:rsidRPr="008D3058">
        <w:t xml:space="preserve"> deep learning </w:t>
      </w:r>
      <w:proofErr w:type="spellStart"/>
      <w:r w:rsidRPr="008D3058">
        <w:t>secara</w:t>
      </w:r>
      <w:proofErr w:type="spellEnd"/>
      <w:r w:rsidRPr="008D3058">
        <w:t xml:space="preserve"> </w:t>
      </w:r>
      <w:proofErr w:type="spellStart"/>
      <w:r w:rsidRPr="008D3058">
        <w:t>berkelanjutan</w:t>
      </w:r>
      <w:proofErr w:type="spellEnd"/>
      <w:r w:rsidRPr="008D3058">
        <w:t>.</w:t>
      </w:r>
    </w:p>
    <w:p w14:paraId="6589926D" w14:textId="77777777" w:rsidR="001137CC" w:rsidRDefault="001137CC" w:rsidP="001137CC">
      <w:pPr>
        <w:jc w:val="both"/>
      </w:pPr>
    </w:p>
    <w:sectPr w:rsidR="001137C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5412049">
    <w:abstractNumId w:val="8"/>
  </w:num>
  <w:num w:numId="2" w16cid:durableId="630550757">
    <w:abstractNumId w:val="6"/>
  </w:num>
  <w:num w:numId="3" w16cid:durableId="1898125491">
    <w:abstractNumId w:val="5"/>
  </w:num>
  <w:num w:numId="4" w16cid:durableId="1560046949">
    <w:abstractNumId w:val="4"/>
  </w:num>
  <w:num w:numId="5" w16cid:durableId="477184411">
    <w:abstractNumId w:val="7"/>
  </w:num>
  <w:num w:numId="6" w16cid:durableId="250353158">
    <w:abstractNumId w:val="3"/>
  </w:num>
  <w:num w:numId="7" w16cid:durableId="1280575501">
    <w:abstractNumId w:val="2"/>
  </w:num>
  <w:num w:numId="8" w16cid:durableId="777682118">
    <w:abstractNumId w:val="1"/>
  </w:num>
  <w:num w:numId="9" w16cid:durableId="292753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37CC"/>
    <w:rsid w:val="0015074B"/>
    <w:rsid w:val="0029639D"/>
    <w:rsid w:val="003214CB"/>
    <w:rsid w:val="00326F90"/>
    <w:rsid w:val="00A0442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E10A4B"/>
  <w14:defaultImageDpi w14:val="300"/>
  <w15:docId w15:val="{5EC26268-C983-470B-9DBA-B6660EC2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1337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dcterms:created xsi:type="dcterms:W3CDTF">2026-01-10T14:09:00Z</dcterms:created>
  <dcterms:modified xsi:type="dcterms:W3CDTF">2026-01-10T14:09:00Z</dcterms:modified>
  <cp:category/>
</cp:coreProperties>
</file>